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ED0D1" w14:textId="77777777" w:rsidR="009568FE" w:rsidRPr="00475C72" w:rsidRDefault="00000000">
      <w:pPr>
        <w:pStyle w:val="aa"/>
        <w:spacing w:after="200"/>
        <w:jc w:val="center"/>
        <w:rPr>
          <w:lang w:val="ru-RU"/>
        </w:rPr>
      </w:pPr>
      <w:r>
        <w:rPr>
          <w:rFonts w:ascii="Aptos" w:eastAsia="Aptos" w:hAnsi="Aptos"/>
          <w:b w:val="0"/>
        </w:rPr>
        <w:t>Dune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HD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proofErr w:type="spellStart"/>
      <w:r>
        <w:rPr>
          <w:rFonts w:ascii="Aptos" w:eastAsia="Aptos" w:hAnsi="Aptos"/>
          <w:b w:val="0"/>
        </w:rPr>
        <w:t>RealBox</w:t>
      </w:r>
      <w:proofErr w:type="spellEnd"/>
      <w:r w:rsidRPr="00475C72">
        <w:rPr>
          <w:rFonts w:ascii="Aptos" w:eastAsia="Aptos" w:hAnsi="Aptos"/>
          <w:b w:val="0"/>
          <w:lang w:val="ru-RU"/>
        </w:rPr>
        <w:t xml:space="preserve"> 4</w:t>
      </w:r>
      <w:r>
        <w:rPr>
          <w:rFonts w:ascii="Aptos" w:eastAsia="Aptos" w:hAnsi="Aptos"/>
          <w:b w:val="0"/>
        </w:rPr>
        <w:t>K</w:t>
      </w:r>
      <w:r w:rsidRPr="00475C72">
        <w:rPr>
          <w:rFonts w:ascii="Aptos" w:eastAsia="Aptos" w:hAnsi="Aptos"/>
          <w:b w:val="0"/>
          <w:lang w:val="ru-RU"/>
        </w:rPr>
        <w:t xml:space="preserve"> — полное восстановление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Play</w:t>
      </w:r>
      <w:r w:rsidRPr="00475C72">
        <w:rPr>
          <w:rFonts w:ascii="Aptos" w:eastAsia="Aptos" w:hAnsi="Aptos"/>
          <w:b w:val="0"/>
          <w:lang w:val="ru-RU"/>
        </w:rPr>
        <w:t xml:space="preserve"> при ошибке «Устройство не сертифицировано </w:t>
      </w:r>
      <w:r>
        <w:rPr>
          <w:rFonts w:ascii="Aptos" w:eastAsia="Aptos" w:hAnsi="Aptos"/>
          <w:b w:val="0"/>
        </w:rPr>
        <w:t>Play</w:t>
      </w:r>
      <w:r w:rsidRPr="00475C72">
        <w:rPr>
          <w:rFonts w:ascii="Aptos" w:eastAsia="Aptos" w:hAnsi="Aptos"/>
          <w:b w:val="0"/>
          <w:lang w:val="ru-RU"/>
        </w:rPr>
        <w:t xml:space="preserve"> Защитой»</w:t>
      </w:r>
    </w:p>
    <w:p w14:paraId="62EDCEDF" w14:textId="77777777" w:rsidR="009568FE" w:rsidRPr="00475C72" w:rsidRDefault="00000000">
      <w:pPr>
        <w:pStyle w:val="NoteBox"/>
        <w:pBdr>
          <w:left w:val="single" w:sz="12" w:space="6" w:color="5B9BD5"/>
        </w:pBdr>
        <w:shd w:val="clear" w:color="auto" w:fill="EAF2F8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Пошаговая инструкция «с нуля» для человека, у которого есть только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HD</w:t>
      </w:r>
      <w:r w:rsidRPr="00475C72">
        <w:rPr>
          <w:rFonts w:eastAsia="Aptos"/>
          <w:lang w:val="ru-RU"/>
        </w:rPr>
        <w:t xml:space="preserve">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, компьютер с </w:t>
      </w:r>
      <w:r>
        <w:rPr>
          <w:rFonts w:eastAsia="Aptos"/>
        </w:rPr>
        <w:t>Windows</w:t>
      </w:r>
      <w:r w:rsidRPr="00475C72">
        <w:rPr>
          <w:rFonts w:eastAsia="Aptos"/>
          <w:lang w:val="ru-RU"/>
        </w:rPr>
        <w:t xml:space="preserve"> и домашняя сеть.  Инструкция специально написана так, чтобы ею можно было пользоваться без предварительных знаний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,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SDK</w:t>
      </w:r>
      <w:r w:rsidRPr="00475C72">
        <w:rPr>
          <w:rFonts w:eastAsia="Aptos"/>
          <w:lang w:val="ru-RU"/>
        </w:rPr>
        <w:t xml:space="preserve">, </w:t>
      </w:r>
      <w:r>
        <w:rPr>
          <w:rFonts w:eastAsia="Aptos"/>
        </w:rPr>
        <w:t>PowerShell</w:t>
      </w:r>
      <w:r w:rsidRPr="00475C72">
        <w:rPr>
          <w:rFonts w:eastAsia="Aptos"/>
          <w:lang w:val="ru-RU"/>
        </w:rPr>
        <w:t xml:space="preserve"> и внутреннего устройства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.</w:t>
      </w:r>
    </w:p>
    <w:p w14:paraId="58261EE5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497C27E2" w14:textId="77777777" w:rsidR="009568FE" w:rsidRDefault="00000000">
      <w:pPr>
        <w:pStyle w:val="1"/>
      </w:pPr>
      <w:r>
        <w:rPr>
          <w:rFonts w:ascii="Aptos" w:eastAsia="Aptos" w:hAnsi="Aptos"/>
          <w:b w:val="0"/>
        </w:rPr>
        <w:t>Содержание</w:t>
      </w:r>
    </w:p>
    <w:p w14:paraId="3B12EA22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Для какой приставки и какой проблемы эта инструкция</w:t>
      </w:r>
    </w:p>
    <w:p w14:paraId="5FACFCCE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Что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мы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будем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делать</w:t>
      </w:r>
      <w:proofErr w:type="spellEnd"/>
    </w:p>
    <w:p w14:paraId="0A6B5E9B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Что НЕ надо делать</w:t>
      </w:r>
    </w:p>
    <w:p w14:paraId="541905C6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Какой компьютер нужен</w:t>
      </w:r>
    </w:p>
    <w:p w14:paraId="5EFF4FE0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Как установить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на чистую </w:t>
      </w:r>
      <w:r>
        <w:rPr>
          <w:rFonts w:eastAsia="Aptos"/>
        </w:rPr>
        <w:t>Windows</w:t>
      </w:r>
    </w:p>
    <w:p w14:paraId="03A82124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Как узнать </w:t>
      </w:r>
      <w:r>
        <w:rPr>
          <w:rFonts w:eastAsia="Aptos"/>
        </w:rPr>
        <w:t>IP</w:t>
      </w:r>
      <w:r w:rsidRPr="00475C72">
        <w:rPr>
          <w:rFonts w:eastAsia="Aptos"/>
          <w:lang w:val="ru-RU"/>
        </w:rPr>
        <w:t xml:space="preserve">-адрес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HD</w:t>
      </w:r>
    </w:p>
    <w:p w14:paraId="640C109B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Как включить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на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HD</w:t>
      </w:r>
    </w:p>
    <w:p w14:paraId="3DE602CB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Как подключиться к приставке по </w:t>
      </w:r>
      <w:r>
        <w:rPr>
          <w:rFonts w:eastAsia="Aptos"/>
        </w:rPr>
        <w:t>ADB</w:t>
      </w:r>
    </w:p>
    <w:p w14:paraId="3C060295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Как проверить модель,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 и </w:t>
      </w:r>
      <w:r>
        <w:rPr>
          <w:rFonts w:eastAsia="Aptos"/>
        </w:rPr>
        <w:t>root</w:t>
      </w:r>
      <w:r w:rsidRPr="00475C72">
        <w:rPr>
          <w:rFonts w:eastAsia="Aptos"/>
          <w:lang w:val="ru-RU"/>
        </w:rPr>
        <w:t>-доступ</w:t>
      </w:r>
    </w:p>
    <w:p w14:paraId="4D9DE9FE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Как получить GSF ID</w:t>
      </w:r>
    </w:p>
    <w:p w14:paraId="3E268346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Как перевести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в </w:t>
      </w:r>
      <w:r>
        <w:rPr>
          <w:rFonts w:eastAsia="Aptos"/>
        </w:rPr>
        <w:t>HEX</w:t>
      </w:r>
    </w:p>
    <w:p w14:paraId="6686F1A3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Как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зарегистрировать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приставку</w:t>
      </w:r>
      <w:proofErr w:type="spellEnd"/>
      <w:r>
        <w:rPr>
          <w:rFonts w:eastAsia="Aptos"/>
        </w:rPr>
        <w:t xml:space="preserve"> у Google</w:t>
      </w:r>
    </w:p>
    <w:p w14:paraId="61F0F8EB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Что сделать на приставке после регистрации</w:t>
      </w:r>
    </w:p>
    <w:p w14:paraId="748A2F20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>-аккаунт всё ещё не входит</w:t>
      </w:r>
    </w:p>
    <w:p w14:paraId="743EE412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Как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проверить</w:t>
      </w:r>
      <w:proofErr w:type="spellEnd"/>
      <w:r>
        <w:rPr>
          <w:rFonts w:eastAsia="Aptos"/>
        </w:rPr>
        <w:t xml:space="preserve">, </w:t>
      </w:r>
      <w:proofErr w:type="spellStart"/>
      <w:r>
        <w:rPr>
          <w:rFonts w:eastAsia="Aptos"/>
        </w:rPr>
        <w:t>что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всё</w:t>
      </w:r>
      <w:proofErr w:type="spellEnd"/>
      <w:r>
        <w:rPr>
          <w:rFonts w:eastAsia="Aptos"/>
        </w:rPr>
        <w:t xml:space="preserve"> заработало</w:t>
      </w:r>
    </w:p>
    <w:p w14:paraId="2BC073B6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Если ADB не подключается</w:t>
      </w:r>
    </w:p>
    <w:p w14:paraId="1123D99F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получить не удалось</w:t>
      </w:r>
    </w:p>
    <w:p w14:paraId="27606DB3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 xml:space="preserve"> вообще пропал или не запускается</w:t>
      </w:r>
    </w:p>
    <w:p w14:paraId="395D23B3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Аварийное восстановление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 xml:space="preserve"> при </w:t>
      </w:r>
      <w:r>
        <w:rPr>
          <w:rFonts w:ascii="Consolas" w:eastAsia="Consolas" w:hAnsi="Consolas"/>
          <w:color w:val="464646"/>
          <w:sz w:val="19"/>
        </w:rPr>
        <w:t>installed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=</w:t>
      </w:r>
      <w:r>
        <w:rPr>
          <w:rFonts w:ascii="Consolas" w:eastAsia="Consolas" w:hAnsi="Consolas"/>
          <w:color w:val="464646"/>
          <w:sz w:val="19"/>
        </w:rPr>
        <w:t>false</w:t>
      </w:r>
    </w:p>
    <w:p w14:paraId="452F624B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после восстановления не работает массовое обновление приложений</w:t>
      </w:r>
    </w:p>
    <w:p w14:paraId="45DAB009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Диагностика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через</w:t>
      </w:r>
      <w:proofErr w:type="spellEnd"/>
      <w:r>
        <w:rPr>
          <w:rFonts w:eastAsia="Aptos"/>
        </w:rPr>
        <w:t xml:space="preserve"> logcat</w:t>
      </w:r>
    </w:p>
    <w:p w14:paraId="71A02C79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FAQ</w:t>
      </w:r>
    </w:p>
    <w:p w14:paraId="28D70AAE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Краткий алгоритм на одну страницу</w:t>
      </w:r>
    </w:p>
    <w:p w14:paraId="5CC17E44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Официальные ссылки</w:t>
      </w:r>
    </w:p>
    <w:p w14:paraId="0615D45E" w14:textId="77777777" w:rsidR="009568FE" w:rsidRDefault="009568FE">
      <w:pPr>
        <w:pBdr>
          <w:bottom w:val="single" w:sz="5" w:space="0" w:color="D9E2F3"/>
        </w:pBdr>
        <w:spacing w:before="100" w:after="100"/>
        <w:rPr>
          <w:rFonts w:hint="eastAsia"/>
        </w:rPr>
      </w:pPr>
    </w:p>
    <w:p w14:paraId="0E80CF93" w14:textId="77777777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1. Для какой приставки и какой проблемы эта инструкция</w:t>
      </w:r>
    </w:p>
    <w:p w14:paraId="7EA8016E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Инструкция проверена на:</w:t>
      </w:r>
    </w:p>
    <w:p w14:paraId="0E4BE0A9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lastRenderedPageBreak/>
        <w:t>Dune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HD</w:t>
      </w:r>
      <w:r w:rsidRPr="00475C72">
        <w:rPr>
          <w:rFonts w:eastAsia="Consolas"/>
          <w:lang w:val="ru-RU"/>
        </w:rPr>
        <w:t xml:space="preserve"> </w:t>
      </w:r>
      <w:proofErr w:type="spellStart"/>
      <w:r>
        <w:rPr>
          <w:rFonts w:eastAsia="Consolas"/>
        </w:rPr>
        <w:t>RealBox</w:t>
      </w:r>
      <w:proofErr w:type="spellEnd"/>
      <w:r w:rsidRPr="00475C72">
        <w:rPr>
          <w:rFonts w:eastAsia="Consolas"/>
          <w:lang w:val="ru-RU"/>
        </w:rPr>
        <w:t xml:space="preserve"> 4</w:t>
      </w:r>
      <w:r>
        <w:rPr>
          <w:rFonts w:eastAsia="Consolas"/>
        </w:rPr>
        <w:t>K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SoC</w:t>
      </w:r>
      <w:r w:rsidRPr="00475C72">
        <w:rPr>
          <w:rFonts w:eastAsia="Consolas"/>
          <w:lang w:val="ru-RU"/>
        </w:rPr>
        <w:t xml:space="preserve">: </w:t>
      </w:r>
      <w:r>
        <w:rPr>
          <w:rFonts w:eastAsia="Consolas"/>
        </w:rPr>
        <w:t>Realtek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RTD</w:t>
      </w:r>
      <w:r w:rsidRPr="00475C72">
        <w:rPr>
          <w:rFonts w:eastAsia="Consolas"/>
          <w:lang w:val="ru-RU"/>
        </w:rPr>
        <w:t>1395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: 7.1.1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SDK</w:t>
      </w:r>
      <w:r w:rsidRPr="00475C72">
        <w:rPr>
          <w:rFonts w:eastAsia="Consolas"/>
          <w:lang w:val="ru-RU"/>
        </w:rPr>
        <w:t>: 25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Model</w:t>
      </w:r>
      <w:r w:rsidRPr="00475C72">
        <w:rPr>
          <w:rFonts w:eastAsia="Consolas"/>
          <w:lang w:val="ru-RU"/>
        </w:rPr>
        <w:t xml:space="preserve">: </w:t>
      </w:r>
      <w:r>
        <w:rPr>
          <w:rFonts w:eastAsia="Consolas"/>
        </w:rPr>
        <w:t>tv</w:t>
      </w:r>
      <w:r w:rsidRPr="00475C72">
        <w:rPr>
          <w:rFonts w:eastAsia="Consolas"/>
          <w:lang w:val="ru-RU"/>
        </w:rPr>
        <w:t>175</w:t>
      </w:r>
      <w:r>
        <w:rPr>
          <w:rFonts w:eastAsia="Consolas"/>
        </w:rPr>
        <w:t>x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Firmware</w:t>
      </w:r>
      <w:r w:rsidRPr="00475C72">
        <w:rPr>
          <w:rFonts w:eastAsia="Consolas"/>
          <w:lang w:val="ru-RU"/>
        </w:rPr>
        <w:t>: 240619_0210_</w:t>
      </w:r>
      <w:r>
        <w:rPr>
          <w:rFonts w:eastAsia="Consolas"/>
        </w:rPr>
        <w:t>r</w:t>
      </w:r>
      <w:r w:rsidRPr="00475C72">
        <w:rPr>
          <w:rFonts w:eastAsia="Consolas"/>
          <w:lang w:val="ru-RU"/>
        </w:rPr>
        <w:t>22</w:t>
      </w:r>
    </w:p>
    <w:p w14:paraId="0FF6651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Она предназначена прежде всего для ситуации, когда:</w:t>
      </w:r>
    </w:p>
    <w:p w14:paraId="7A904DC9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 xml:space="preserve">Google Play </w:t>
      </w:r>
      <w:proofErr w:type="spellStart"/>
      <w:r>
        <w:rPr>
          <w:rFonts w:eastAsia="Aptos"/>
        </w:rPr>
        <w:t>раньше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работал</w:t>
      </w:r>
      <w:proofErr w:type="spellEnd"/>
      <w:r>
        <w:rPr>
          <w:rFonts w:eastAsia="Aptos"/>
        </w:rPr>
        <w:t>;</w:t>
      </w:r>
    </w:p>
    <w:p w14:paraId="0D050797" w14:textId="77777777" w:rsidR="009568FE" w:rsidRPr="00475C72" w:rsidRDefault="00000000">
      <w:pPr>
        <w:pStyle w:val="a0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затем магазин перестал нормально авторизовываться;</w:t>
      </w:r>
    </w:p>
    <w:p w14:paraId="1500F12B" w14:textId="77777777" w:rsidR="009568FE" w:rsidRDefault="00000000">
      <w:pPr>
        <w:pStyle w:val="a0"/>
        <w:rPr>
          <w:rFonts w:hint="eastAsia"/>
        </w:rPr>
      </w:pPr>
      <w:proofErr w:type="spellStart"/>
      <w:r>
        <w:rPr>
          <w:rFonts w:eastAsia="Aptos"/>
        </w:rPr>
        <w:t>появляется</w:t>
      </w:r>
      <w:proofErr w:type="spellEnd"/>
      <w:r>
        <w:rPr>
          <w:rFonts w:eastAsia="Aptos"/>
        </w:rPr>
        <w:t xml:space="preserve"> «</w:t>
      </w:r>
      <w:proofErr w:type="spellStart"/>
      <w:r>
        <w:rPr>
          <w:rFonts w:eastAsia="Aptos"/>
        </w:rPr>
        <w:t>Нужна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аутентификация</w:t>
      </w:r>
      <w:proofErr w:type="spellEnd"/>
      <w:r>
        <w:rPr>
          <w:rFonts w:eastAsia="Aptos"/>
        </w:rPr>
        <w:t>»;</w:t>
      </w:r>
    </w:p>
    <w:p w14:paraId="6030B2C5" w14:textId="77777777" w:rsidR="009568FE" w:rsidRPr="00475C72" w:rsidRDefault="00000000">
      <w:pPr>
        <w:pStyle w:val="a0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при попытке добавить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-аккаунт появляется «Это устройство не сертифицировано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 xml:space="preserve"> Защитой»;</w:t>
      </w:r>
    </w:p>
    <w:p w14:paraId="47471997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 xml:space="preserve">в </w:t>
      </w:r>
      <w:proofErr w:type="spellStart"/>
      <w:r>
        <w:rPr>
          <w:rFonts w:eastAsia="Aptos"/>
        </w:rPr>
        <w:t>журнале</w:t>
      </w:r>
      <w:proofErr w:type="spellEnd"/>
      <w:r>
        <w:rPr>
          <w:rFonts w:eastAsia="Aptos"/>
        </w:rPr>
        <w:t xml:space="preserve"> Android </w:t>
      </w:r>
      <w:proofErr w:type="spellStart"/>
      <w:r>
        <w:rPr>
          <w:rFonts w:eastAsia="Aptos"/>
        </w:rPr>
        <w:t>встречаются</w:t>
      </w:r>
      <w:proofErr w:type="spellEnd"/>
      <w:r>
        <w:rPr>
          <w:rFonts w:eastAsia="Aptos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BAD_AUTHENTICATION</w:t>
      </w:r>
      <w:r>
        <w:rPr>
          <w:rFonts w:eastAsia="Aptos"/>
        </w:rPr>
        <w:t xml:space="preserve">, </w:t>
      </w:r>
      <w:proofErr w:type="gramStart"/>
      <w:r>
        <w:rPr>
          <w:rFonts w:ascii="Consolas" w:eastAsia="Consolas" w:hAnsi="Consolas"/>
          <w:color w:val="464646"/>
          <w:sz w:val="19"/>
        </w:rPr>
        <w:t>Long</w:t>
      </w:r>
      <w:proofErr w:type="gramEnd"/>
      <w:r>
        <w:rPr>
          <w:rFonts w:ascii="Consolas" w:eastAsia="Consolas" w:hAnsi="Consolas"/>
          <w:color w:val="464646"/>
          <w:sz w:val="19"/>
        </w:rPr>
        <w:t xml:space="preserve"> live credential not available</w:t>
      </w:r>
      <w:r>
        <w:rPr>
          <w:rFonts w:eastAsia="Aptos"/>
        </w:rPr>
        <w:t xml:space="preserve">, </w:t>
      </w:r>
      <w:r>
        <w:rPr>
          <w:rFonts w:ascii="Consolas" w:eastAsia="Consolas" w:hAnsi="Consolas"/>
          <w:color w:val="464646"/>
          <w:sz w:val="19"/>
        </w:rPr>
        <w:t>User needs to (re)enter credentials</w:t>
      </w:r>
      <w:r>
        <w:rPr>
          <w:rFonts w:eastAsia="Aptos"/>
        </w:rPr>
        <w:t>.</w:t>
      </w:r>
    </w:p>
    <w:p w14:paraId="0DAD908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Главный результат, полученный на реальной приставке:</w:t>
      </w:r>
    </w:p>
    <w:p w14:paraId="568E0FEA" w14:textId="77777777" w:rsidR="009568FE" w:rsidRPr="00475C72" w:rsidRDefault="00000000">
      <w:pPr>
        <w:pStyle w:val="NoteBox"/>
        <w:pBdr>
          <w:left w:val="single" w:sz="12" w:space="6" w:color="5B9BD5"/>
        </w:pBdr>
        <w:shd w:val="clear" w:color="auto" w:fill="EAF2F8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Повторная регистрация </w:t>
      </w:r>
      <w:r>
        <w:rPr>
          <w:rFonts w:eastAsia="Aptos"/>
          <w:b/>
        </w:rPr>
        <w:t>Google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Services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Framework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Android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ID</w:t>
      </w:r>
      <w:r w:rsidRPr="00475C72">
        <w:rPr>
          <w:rFonts w:eastAsia="Aptos"/>
          <w:b/>
          <w:lang w:val="ru-RU"/>
        </w:rPr>
        <w:t xml:space="preserve"> (</w:t>
      </w:r>
      <w:r>
        <w:rPr>
          <w:rFonts w:eastAsia="Aptos"/>
          <w:b/>
        </w:rPr>
        <w:t>GSF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ID</w:t>
      </w:r>
      <w:r w:rsidRPr="00475C72">
        <w:rPr>
          <w:rFonts w:eastAsia="Aptos"/>
          <w:b/>
          <w:lang w:val="ru-RU"/>
        </w:rPr>
        <w:t>)</w:t>
      </w:r>
      <w:r w:rsidRPr="00475C72">
        <w:rPr>
          <w:rFonts w:eastAsia="Aptos"/>
          <w:lang w:val="ru-RU"/>
        </w:rPr>
        <w:t xml:space="preserve"> на официальной странице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вернула возможность входить в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-аккаунт и устанавливать приложения из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>.</w:t>
      </w:r>
    </w:p>
    <w:p w14:paraId="2305566E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1ED18C4F" w14:textId="77777777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2. Что мы будем делать</w:t>
      </w:r>
    </w:p>
    <w:p w14:paraId="68007E1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Нормальный путь восстановления:</w:t>
      </w:r>
    </w:p>
    <w:p w14:paraId="75F194C3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Компьютер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Установить </w:t>
      </w:r>
      <w:r>
        <w:rPr>
          <w:rFonts w:eastAsia="Consolas"/>
        </w:rPr>
        <w:t>ADB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Узнать </w:t>
      </w:r>
      <w:r>
        <w:rPr>
          <w:rFonts w:eastAsia="Consolas"/>
        </w:rPr>
        <w:t>IP</w:t>
      </w:r>
      <w:r w:rsidRPr="00475C72">
        <w:rPr>
          <w:rFonts w:eastAsia="Consolas"/>
          <w:lang w:val="ru-RU"/>
        </w:rPr>
        <w:t xml:space="preserve"> приставки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Включить </w:t>
      </w:r>
      <w:r>
        <w:rPr>
          <w:rFonts w:eastAsia="Consolas"/>
        </w:rPr>
        <w:t>ADB</w:t>
      </w:r>
      <w:r w:rsidRPr="00475C72">
        <w:rPr>
          <w:rFonts w:eastAsia="Consolas"/>
          <w:lang w:val="ru-RU"/>
        </w:rPr>
        <w:t xml:space="preserve"> на 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>Подключиться по сети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Получить </w:t>
      </w:r>
      <w:r>
        <w:rPr>
          <w:rFonts w:eastAsia="Consolas"/>
        </w:rPr>
        <w:t>GSF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ID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Перевести </w:t>
      </w:r>
      <w:r>
        <w:rPr>
          <w:rFonts w:eastAsia="Consolas"/>
        </w:rPr>
        <w:t>GSF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ID</w:t>
      </w:r>
      <w:r w:rsidRPr="00475C72">
        <w:rPr>
          <w:rFonts w:eastAsia="Consolas"/>
          <w:lang w:val="ru-RU"/>
        </w:rPr>
        <w:t xml:space="preserve"> в </w:t>
      </w:r>
      <w:r>
        <w:rPr>
          <w:rFonts w:eastAsia="Consolas"/>
        </w:rPr>
        <w:t>HEX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Зарегистрировать </w:t>
      </w:r>
      <w:r>
        <w:rPr>
          <w:rFonts w:eastAsia="Consolas"/>
        </w:rPr>
        <w:t>ID</w:t>
      </w:r>
      <w:r w:rsidRPr="00475C72">
        <w:rPr>
          <w:rFonts w:eastAsia="Consolas"/>
          <w:lang w:val="ru-RU"/>
        </w:rPr>
        <w:t xml:space="preserve"> у 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Перезапустить 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>-службы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>Перезагрузить приставку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Войти в 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>-аккаунт</w:t>
      </w:r>
      <w:r w:rsidRPr="00475C72">
        <w:rPr>
          <w:rFonts w:eastAsia="Consolas"/>
          <w:lang w:val="ru-RU"/>
        </w:rPr>
        <w:br/>
        <w:t xml:space="preserve">  ↓</w:t>
      </w:r>
      <w:r w:rsidRPr="00475C72">
        <w:rPr>
          <w:rFonts w:eastAsia="Consolas"/>
          <w:lang w:val="ru-RU"/>
        </w:rPr>
        <w:br/>
        <w:t xml:space="preserve">Проверить 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Play</w:t>
      </w:r>
    </w:p>
    <w:p w14:paraId="4FE4F25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основного способа </w:t>
      </w:r>
      <w:r w:rsidRPr="00475C72">
        <w:rPr>
          <w:rFonts w:eastAsia="Aptos"/>
          <w:b/>
          <w:lang w:val="ru-RU"/>
        </w:rPr>
        <w:t>не нужны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Studio</w:t>
      </w:r>
      <w:r w:rsidRPr="00475C72">
        <w:rPr>
          <w:rFonts w:eastAsia="Aptos"/>
          <w:lang w:val="ru-RU"/>
        </w:rPr>
        <w:t xml:space="preserve">, </w:t>
      </w:r>
      <w:r>
        <w:rPr>
          <w:rFonts w:eastAsia="Aptos"/>
        </w:rPr>
        <w:t>Java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JDK</w:t>
      </w:r>
      <w:r w:rsidRPr="00475C72">
        <w:rPr>
          <w:rFonts w:eastAsia="Aptos"/>
          <w:lang w:val="ru-RU"/>
        </w:rPr>
        <w:t xml:space="preserve">, перепрошивка, </w:t>
      </w:r>
      <w:r>
        <w:rPr>
          <w:rFonts w:eastAsia="Aptos"/>
        </w:rPr>
        <w:t>Factory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Reset</w:t>
      </w:r>
      <w:r w:rsidRPr="00475C72">
        <w:rPr>
          <w:rFonts w:eastAsia="Aptos"/>
          <w:lang w:val="ru-RU"/>
        </w:rPr>
        <w:t xml:space="preserve"> или установка неизвестных </w:t>
      </w:r>
      <w:r>
        <w:rPr>
          <w:rFonts w:eastAsia="Aptos"/>
        </w:rPr>
        <w:t>APK</w:t>
      </w:r>
      <w:r w:rsidRPr="00475C72">
        <w:rPr>
          <w:rFonts w:eastAsia="Aptos"/>
          <w:lang w:val="ru-RU"/>
        </w:rPr>
        <w:t>.</w:t>
      </w:r>
    </w:p>
    <w:p w14:paraId="1D31532A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251F1353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34352ED2" w14:textId="78FBB29C" w:rsidR="009568FE" w:rsidRPr="00475C72" w:rsidRDefault="004B210A">
      <w:pPr>
        <w:pStyle w:val="aa"/>
        <w:spacing w:after="200"/>
        <w:jc w:val="center"/>
        <w:rPr>
          <w:lang w:val="ru-RU"/>
        </w:rPr>
      </w:pPr>
      <w:r>
        <w:rPr>
          <w:rFonts w:ascii="Aptos" w:eastAsia="Aptos" w:hAnsi="Aptos"/>
          <w:b w:val="0"/>
          <w:lang w:val="ru-RU"/>
        </w:rPr>
        <w:lastRenderedPageBreak/>
        <w:t>3</w:t>
      </w:r>
      <w:r w:rsidR="00000000" w:rsidRPr="00475C72">
        <w:rPr>
          <w:rFonts w:ascii="Aptos" w:eastAsia="Aptos" w:hAnsi="Aptos"/>
          <w:b w:val="0"/>
          <w:lang w:val="ru-RU"/>
        </w:rPr>
        <w:t>. Какой компьютер нужен</w:t>
      </w:r>
    </w:p>
    <w:p w14:paraId="7751F5B1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Рекомендуется</w:t>
      </w:r>
    </w:p>
    <w:p w14:paraId="1E4B8B7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Используйте:</w:t>
      </w:r>
    </w:p>
    <w:p w14:paraId="53328AAE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Windows</w:t>
      </w:r>
      <w:r w:rsidRPr="00475C72">
        <w:rPr>
          <w:rFonts w:eastAsia="Consolas"/>
          <w:lang w:val="ru-RU"/>
        </w:rPr>
        <w:t xml:space="preserve"> 10 64-</w:t>
      </w:r>
      <w:r>
        <w:rPr>
          <w:rFonts w:eastAsia="Consolas"/>
        </w:rPr>
        <w:t>bit</w:t>
      </w:r>
      <w:r w:rsidRPr="00475C72">
        <w:rPr>
          <w:rFonts w:eastAsia="Consolas"/>
          <w:lang w:val="ru-RU"/>
        </w:rPr>
        <w:br/>
        <w:t>или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Windows</w:t>
      </w:r>
      <w:r w:rsidRPr="00475C72">
        <w:rPr>
          <w:rFonts w:eastAsia="Consolas"/>
          <w:lang w:val="ru-RU"/>
        </w:rPr>
        <w:t xml:space="preserve"> 11 64-</w:t>
      </w:r>
      <w:r>
        <w:rPr>
          <w:rFonts w:eastAsia="Consolas"/>
        </w:rPr>
        <w:t>bit</w:t>
      </w:r>
    </w:p>
    <w:p w14:paraId="54FF1A5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этой инструкции </w:t>
      </w:r>
      <w:r>
        <w:rPr>
          <w:rFonts w:eastAsia="Aptos"/>
        </w:rPr>
        <w:t>Windows</w:t>
      </w:r>
      <w:r w:rsidRPr="00475C72">
        <w:rPr>
          <w:rFonts w:eastAsia="Aptos"/>
          <w:lang w:val="ru-RU"/>
        </w:rPr>
        <w:t xml:space="preserve"> 11 — самый удобный вариант.</w:t>
      </w:r>
    </w:p>
    <w:p w14:paraId="59A343DD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Не рекомендуется</w:t>
      </w:r>
    </w:p>
    <w:p w14:paraId="676F6C9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Не стоит выполнять процедуру на:</w:t>
      </w:r>
    </w:p>
    <w:p w14:paraId="38A4FD79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Windows XP</w:t>
      </w:r>
      <w:r>
        <w:rPr>
          <w:rFonts w:eastAsia="Consolas"/>
        </w:rPr>
        <w:br/>
        <w:t>Windows Vista</w:t>
      </w:r>
      <w:r>
        <w:rPr>
          <w:rFonts w:eastAsia="Consolas"/>
        </w:rPr>
        <w:br/>
        <w:t>Windows 7</w:t>
      </w:r>
      <w:r>
        <w:rPr>
          <w:rFonts w:eastAsia="Consolas"/>
        </w:rPr>
        <w:br/>
        <w:t>Windows 8</w:t>
      </w:r>
      <w:r>
        <w:rPr>
          <w:rFonts w:eastAsia="Consolas"/>
        </w:rPr>
        <w:br/>
        <w:t>Windows 8.1</w:t>
      </w:r>
    </w:p>
    <w:p w14:paraId="2C9CDC08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Современные инструменты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 ориентированы на актуальные версии </w:t>
      </w:r>
      <w:r>
        <w:rPr>
          <w:rFonts w:eastAsia="Aptos"/>
        </w:rPr>
        <w:t>Windows</w:t>
      </w:r>
      <w:r w:rsidRPr="00475C72">
        <w:rPr>
          <w:rFonts w:eastAsia="Aptos"/>
          <w:lang w:val="ru-RU"/>
        </w:rPr>
        <w:t xml:space="preserve">. На старой системе можно столкнуться с проблемами запуска </w:t>
      </w: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exe</w:t>
      </w:r>
      <w:r w:rsidRPr="00475C72">
        <w:rPr>
          <w:rFonts w:eastAsia="Aptos"/>
          <w:lang w:val="ru-RU"/>
        </w:rPr>
        <w:t xml:space="preserve">, </w:t>
      </w:r>
      <w:r>
        <w:rPr>
          <w:rFonts w:eastAsia="Aptos"/>
        </w:rPr>
        <w:t>PowerShell</w:t>
      </w:r>
      <w:r w:rsidRPr="00475C72">
        <w:rPr>
          <w:rFonts w:eastAsia="Aptos"/>
          <w:lang w:val="ru-RU"/>
        </w:rPr>
        <w:t xml:space="preserve">, </w:t>
      </w:r>
      <w:r>
        <w:rPr>
          <w:rFonts w:eastAsia="Aptos"/>
        </w:rPr>
        <w:t>TLS</w:t>
      </w:r>
      <w:r w:rsidRPr="00475C72">
        <w:rPr>
          <w:rFonts w:eastAsia="Aptos"/>
          <w:lang w:val="ru-RU"/>
        </w:rPr>
        <w:t xml:space="preserve"> и системных библиотек.</w:t>
      </w:r>
    </w:p>
    <w:p w14:paraId="18B1E6E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у вас </w:t>
      </w:r>
      <w:r>
        <w:rPr>
          <w:rFonts w:eastAsia="Aptos"/>
        </w:rPr>
        <w:t>Windows</w:t>
      </w:r>
      <w:r w:rsidRPr="00475C72">
        <w:rPr>
          <w:rFonts w:eastAsia="Aptos"/>
          <w:lang w:val="ru-RU"/>
        </w:rPr>
        <w:t xml:space="preserve"> 7/8/</w:t>
      </w:r>
      <w:r>
        <w:rPr>
          <w:rFonts w:eastAsia="Aptos"/>
        </w:rPr>
        <w:t>XP</w:t>
      </w:r>
      <w:r w:rsidRPr="00475C72">
        <w:rPr>
          <w:rFonts w:eastAsia="Aptos"/>
          <w:lang w:val="ru-RU"/>
        </w:rPr>
        <w:t xml:space="preserve">, безопаснее временно использовать другой ПК или ноутбук с </w:t>
      </w:r>
      <w:r>
        <w:rPr>
          <w:rFonts w:eastAsia="Aptos"/>
        </w:rPr>
        <w:t>Windows</w:t>
      </w:r>
      <w:r w:rsidRPr="00475C72">
        <w:rPr>
          <w:rFonts w:eastAsia="Aptos"/>
          <w:lang w:val="ru-RU"/>
        </w:rPr>
        <w:t xml:space="preserve"> 10/11.</w:t>
      </w:r>
    </w:p>
    <w:p w14:paraId="7BF467D6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Что требуется от сети</w:t>
      </w:r>
    </w:p>
    <w:p w14:paraId="6A406BDC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Компьютер и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HD</w:t>
      </w:r>
      <w:r w:rsidRPr="00475C72">
        <w:rPr>
          <w:rFonts w:eastAsia="Aptos"/>
          <w:lang w:val="ru-RU"/>
        </w:rPr>
        <w:t xml:space="preserve"> должны находиться </w:t>
      </w:r>
      <w:r w:rsidRPr="00475C72">
        <w:rPr>
          <w:rFonts w:eastAsia="Aptos"/>
          <w:b/>
          <w:lang w:val="ru-RU"/>
        </w:rPr>
        <w:t>в одной домашней локальной сети</w:t>
      </w:r>
      <w:r w:rsidRPr="00475C72">
        <w:rPr>
          <w:rFonts w:eastAsia="Aptos"/>
          <w:lang w:val="ru-RU"/>
        </w:rPr>
        <w:t>.</w:t>
      </w:r>
    </w:p>
    <w:p w14:paraId="4476BF2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Например:</w:t>
      </w:r>
    </w:p>
    <w:p w14:paraId="1A8FE1AF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Компьютер: 192.168.1.20</w:t>
      </w:r>
      <w:r w:rsidRPr="00475C72">
        <w:rPr>
          <w:rFonts w:eastAsia="Consolas"/>
          <w:lang w:val="ru-RU"/>
        </w:rPr>
        <w:br/>
      </w:r>
      <w:proofErr w:type="gramStart"/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 xml:space="preserve">:   </w:t>
      </w:r>
      <w:proofErr w:type="gramEnd"/>
      <w:r w:rsidRPr="00475C72">
        <w:rPr>
          <w:rFonts w:eastAsia="Consolas"/>
          <w:lang w:val="ru-RU"/>
        </w:rPr>
        <w:t xml:space="preserve">   192.168.1.50</w:t>
      </w:r>
      <w:r w:rsidRPr="00475C72">
        <w:rPr>
          <w:rFonts w:eastAsia="Consolas"/>
          <w:lang w:val="ru-RU"/>
        </w:rPr>
        <w:br/>
      </w:r>
      <w:proofErr w:type="gramStart"/>
      <w:r w:rsidRPr="00475C72">
        <w:rPr>
          <w:rFonts w:eastAsia="Consolas"/>
          <w:lang w:val="ru-RU"/>
        </w:rPr>
        <w:t xml:space="preserve">Роутер:   </w:t>
      </w:r>
      <w:proofErr w:type="gramEnd"/>
      <w:r w:rsidRPr="00475C72">
        <w:rPr>
          <w:rFonts w:eastAsia="Consolas"/>
          <w:lang w:val="ru-RU"/>
        </w:rPr>
        <w:t xml:space="preserve"> 192.168.1.1</w:t>
      </w:r>
    </w:p>
    <w:p w14:paraId="1CD1B7FD" w14:textId="48870E4E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Компьютер</w:t>
      </w:r>
      <w:r w:rsidR="004B210A">
        <w:rPr>
          <w:rFonts w:eastAsia="Aptos"/>
          <w:lang w:val="ru-RU"/>
        </w:rPr>
        <w:t xml:space="preserve"> и приставка</w:t>
      </w:r>
      <w:r w:rsidRPr="00475C72">
        <w:rPr>
          <w:rFonts w:eastAsia="Aptos"/>
          <w:lang w:val="ru-RU"/>
        </w:rPr>
        <w:t xml:space="preserve"> мо</w:t>
      </w:r>
      <w:r w:rsidR="004B210A">
        <w:rPr>
          <w:rFonts w:eastAsia="Aptos"/>
          <w:lang w:val="ru-RU"/>
        </w:rPr>
        <w:t>гут</w:t>
      </w:r>
      <w:r w:rsidRPr="00475C72">
        <w:rPr>
          <w:rFonts w:eastAsia="Aptos"/>
          <w:lang w:val="ru-RU"/>
        </w:rPr>
        <w:t xml:space="preserve"> быть подключ</w:t>
      </w:r>
      <w:r w:rsidR="004B210A">
        <w:rPr>
          <w:rFonts w:eastAsia="Aptos"/>
          <w:lang w:val="ru-RU"/>
        </w:rPr>
        <w:t>е</w:t>
      </w:r>
      <w:r w:rsidRPr="00475C72">
        <w:rPr>
          <w:rFonts w:eastAsia="Aptos"/>
          <w:lang w:val="ru-RU"/>
        </w:rPr>
        <w:t>н</w:t>
      </w:r>
      <w:r w:rsidR="004B210A">
        <w:rPr>
          <w:rFonts w:eastAsia="Aptos"/>
          <w:lang w:val="ru-RU"/>
        </w:rPr>
        <w:t>ы</w:t>
      </w:r>
      <w:r w:rsidRPr="00475C72">
        <w:rPr>
          <w:rFonts w:eastAsia="Aptos"/>
          <w:lang w:val="ru-RU"/>
        </w:rPr>
        <w:t xml:space="preserve"> кабелем</w:t>
      </w:r>
      <w:r w:rsidR="004B210A">
        <w:rPr>
          <w:rFonts w:eastAsia="Aptos"/>
          <w:lang w:val="ru-RU"/>
        </w:rPr>
        <w:t xml:space="preserve"> или </w:t>
      </w:r>
      <w:r w:rsidRPr="00475C72">
        <w:rPr>
          <w:rFonts w:eastAsia="Aptos"/>
          <w:lang w:val="ru-RU"/>
        </w:rPr>
        <w:t xml:space="preserve">по </w:t>
      </w:r>
      <w:r>
        <w:rPr>
          <w:rFonts w:eastAsia="Aptos"/>
        </w:rPr>
        <w:t>Wi</w:t>
      </w:r>
      <w:r w:rsidRPr="00475C72">
        <w:rPr>
          <w:rFonts w:eastAsia="Aptos"/>
          <w:lang w:val="ru-RU"/>
        </w:rPr>
        <w:t>‑</w:t>
      </w:r>
      <w:r>
        <w:rPr>
          <w:rFonts w:eastAsia="Aptos"/>
        </w:rPr>
        <w:t>Fi</w:t>
      </w:r>
      <w:r w:rsidRPr="00475C72">
        <w:rPr>
          <w:rFonts w:eastAsia="Aptos"/>
          <w:lang w:val="ru-RU"/>
        </w:rPr>
        <w:t xml:space="preserve">. Главное — чтобы они находились в одной </w:t>
      </w:r>
      <w:r>
        <w:rPr>
          <w:rFonts w:eastAsia="Aptos"/>
        </w:rPr>
        <w:t>LAN</w:t>
      </w:r>
      <w:r w:rsidRPr="00475C72">
        <w:rPr>
          <w:rFonts w:eastAsia="Aptos"/>
          <w:lang w:val="ru-RU"/>
        </w:rPr>
        <w:t>.</w:t>
      </w:r>
    </w:p>
    <w:p w14:paraId="348C2E57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00DA99C0" w14:textId="31EAC3BC" w:rsidR="009568FE" w:rsidRDefault="004B210A">
      <w:pPr>
        <w:pStyle w:val="aa"/>
        <w:spacing w:after="200"/>
        <w:jc w:val="center"/>
      </w:pPr>
      <w:r>
        <w:rPr>
          <w:rFonts w:ascii="Aptos" w:eastAsia="Aptos" w:hAnsi="Aptos"/>
          <w:b w:val="0"/>
          <w:lang w:val="ru-RU"/>
        </w:rPr>
        <w:t>4</w:t>
      </w:r>
      <w:r w:rsidR="00000000" w:rsidRPr="00475C72">
        <w:rPr>
          <w:rFonts w:ascii="Aptos" w:eastAsia="Aptos" w:hAnsi="Aptos"/>
          <w:b w:val="0"/>
          <w:lang w:val="ru-RU"/>
        </w:rPr>
        <w:t xml:space="preserve">. Как установить </w:t>
      </w:r>
      <w:r w:rsidR="00000000">
        <w:rPr>
          <w:rFonts w:ascii="Aptos" w:eastAsia="Aptos" w:hAnsi="Aptos"/>
          <w:b w:val="0"/>
        </w:rPr>
        <w:t>ADB</w:t>
      </w:r>
      <w:r w:rsidR="00000000" w:rsidRPr="00475C72">
        <w:rPr>
          <w:rFonts w:ascii="Aptos" w:eastAsia="Aptos" w:hAnsi="Aptos"/>
          <w:b w:val="0"/>
          <w:lang w:val="ru-RU"/>
        </w:rPr>
        <w:t xml:space="preserve"> на чистую </w:t>
      </w:r>
      <w:r w:rsidR="00000000">
        <w:rPr>
          <w:rFonts w:ascii="Aptos" w:eastAsia="Aptos" w:hAnsi="Aptos"/>
          <w:b w:val="0"/>
        </w:rPr>
        <w:t>Windows</w:t>
      </w:r>
    </w:p>
    <w:p w14:paraId="5D48FB91" w14:textId="77777777" w:rsidR="009568FE" w:rsidRDefault="00000000">
      <w:pPr>
        <w:rPr>
          <w:rFonts w:hint="eastAsia"/>
        </w:rPr>
      </w:pPr>
      <w:r>
        <w:rPr>
          <w:rFonts w:eastAsia="Aptos"/>
        </w:rPr>
        <w:t xml:space="preserve">ADB = </w:t>
      </w:r>
      <w:r>
        <w:rPr>
          <w:rFonts w:eastAsia="Aptos"/>
          <w:b/>
        </w:rPr>
        <w:t>Android Debug Bridge</w:t>
      </w:r>
      <w:r>
        <w:rPr>
          <w:rFonts w:eastAsia="Aptos"/>
        </w:rPr>
        <w:t>.</w:t>
      </w:r>
    </w:p>
    <w:p w14:paraId="53E7D8F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Это официальный инструмент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для подключения к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-устройствам с компьютера.</w:t>
      </w:r>
    </w:p>
    <w:p w14:paraId="7A039C74" w14:textId="0EE85622" w:rsidR="009568FE" w:rsidRPr="00475C72" w:rsidRDefault="004B210A">
      <w:pPr>
        <w:pStyle w:val="1"/>
        <w:rPr>
          <w:lang w:val="ru-RU"/>
        </w:rPr>
      </w:pPr>
      <w:r>
        <w:rPr>
          <w:rFonts w:ascii="Aptos" w:eastAsia="Aptos" w:hAnsi="Aptos"/>
          <w:b w:val="0"/>
          <w:lang w:val="ru-RU"/>
        </w:rPr>
        <w:t>4</w:t>
      </w:r>
      <w:r w:rsidR="00000000" w:rsidRPr="00475C72">
        <w:rPr>
          <w:rFonts w:ascii="Aptos" w:eastAsia="Aptos" w:hAnsi="Aptos"/>
          <w:b w:val="0"/>
          <w:lang w:val="ru-RU"/>
        </w:rPr>
        <w:t xml:space="preserve">.1. Скачать официальный </w:t>
      </w:r>
      <w:r w:rsidR="00000000">
        <w:rPr>
          <w:rFonts w:ascii="Aptos" w:eastAsia="Aptos" w:hAnsi="Aptos"/>
          <w:b w:val="0"/>
        </w:rPr>
        <w:t>ADB</w:t>
      </w:r>
    </w:p>
    <w:p w14:paraId="7796107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Откройте:</w:t>
      </w:r>
    </w:p>
    <w:p w14:paraId="53019FA2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developer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tools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releases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platform</w:t>
      </w:r>
      <w:r w:rsidRPr="00475C72">
        <w:rPr>
          <w:rFonts w:eastAsia="Consolas"/>
          <w:lang w:val="ru-RU"/>
        </w:rPr>
        <w:t>-</w:t>
      </w:r>
      <w:r>
        <w:rPr>
          <w:rFonts w:eastAsia="Consolas"/>
        </w:rPr>
        <w:t>tools</w:t>
      </w:r>
    </w:p>
    <w:p w14:paraId="0055E8F1" w14:textId="77777777" w:rsidR="009568FE" w:rsidRDefault="00000000">
      <w:pPr>
        <w:rPr>
          <w:rFonts w:hint="eastAsia"/>
        </w:rPr>
      </w:pPr>
      <w:r>
        <w:rPr>
          <w:rFonts w:eastAsia="Aptos"/>
        </w:rPr>
        <w:t>Найдите:</w:t>
      </w:r>
    </w:p>
    <w:p w14:paraId="7AD605EB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Download SDK Platform-Tools for Windows</w:t>
      </w:r>
    </w:p>
    <w:p w14:paraId="7FADF431" w14:textId="77777777" w:rsidR="009568FE" w:rsidRDefault="00000000">
      <w:pPr>
        <w:rPr>
          <w:rFonts w:hint="eastAsia"/>
        </w:rPr>
      </w:pPr>
      <w:r>
        <w:rPr>
          <w:rFonts w:eastAsia="Aptos"/>
        </w:rPr>
        <w:lastRenderedPageBreak/>
        <w:t>Скачайте архив:</w:t>
      </w:r>
    </w:p>
    <w:p w14:paraId="4F7DF2B6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platform-tools-latest-windows.zip</w:t>
      </w:r>
    </w:p>
    <w:p w14:paraId="2DD5142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Используйте только официальный сайт </w:t>
      </w:r>
      <w:r>
        <w:rPr>
          <w:rFonts w:ascii="Consolas" w:eastAsia="Consolas" w:hAnsi="Consolas"/>
          <w:color w:val="464646"/>
          <w:sz w:val="19"/>
        </w:rPr>
        <w:t>developer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android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com</w:t>
      </w:r>
      <w:r w:rsidRPr="00475C72">
        <w:rPr>
          <w:rFonts w:eastAsia="Aptos"/>
          <w:lang w:val="ru-RU"/>
        </w:rPr>
        <w:t>.</w:t>
      </w:r>
    </w:p>
    <w:p w14:paraId="6272BC16" w14:textId="797589C8" w:rsidR="009568FE" w:rsidRPr="00475C72" w:rsidRDefault="004B210A">
      <w:pPr>
        <w:pStyle w:val="1"/>
        <w:rPr>
          <w:lang w:val="ru-RU"/>
        </w:rPr>
      </w:pPr>
      <w:r>
        <w:rPr>
          <w:rFonts w:ascii="Aptos" w:eastAsia="Aptos" w:hAnsi="Aptos"/>
          <w:b w:val="0"/>
          <w:lang w:val="ru-RU"/>
        </w:rPr>
        <w:t>4</w:t>
      </w:r>
      <w:r w:rsidR="00000000" w:rsidRPr="00475C72">
        <w:rPr>
          <w:rFonts w:ascii="Aptos" w:eastAsia="Aptos" w:hAnsi="Aptos"/>
          <w:b w:val="0"/>
          <w:lang w:val="ru-RU"/>
        </w:rPr>
        <w:t>.2. Распаковать</w:t>
      </w:r>
    </w:p>
    <w:p w14:paraId="66A6805E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Создайте папку:</w:t>
      </w:r>
    </w:p>
    <w:p w14:paraId="1C9770F7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C</w:t>
      </w:r>
      <w:r w:rsidRPr="00475C72">
        <w:rPr>
          <w:rFonts w:eastAsia="Consolas"/>
          <w:lang w:val="ru-RU"/>
        </w:rPr>
        <w:t>:\</w:t>
      </w:r>
      <w:r>
        <w:rPr>
          <w:rFonts w:eastAsia="Consolas"/>
        </w:rPr>
        <w:t>ADB</w:t>
      </w:r>
    </w:p>
    <w:p w14:paraId="78D56CE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Распакуйте </w:t>
      </w:r>
      <w:r>
        <w:rPr>
          <w:rFonts w:eastAsia="Aptos"/>
        </w:rPr>
        <w:t>ZIP</w:t>
      </w:r>
      <w:r w:rsidRPr="00475C72">
        <w:rPr>
          <w:rFonts w:eastAsia="Aptos"/>
          <w:lang w:val="ru-RU"/>
        </w:rPr>
        <w:t xml:space="preserve"> так, чтобы существовал файл:</w:t>
      </w:r>
    </w:p>
    <w:p w14:paraId="2EBFA419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C:\ADB\platform-tools\adb.exe</w:t>
      </w:r>
    </w:p>
    <w:p w14:paraId="09072655" w14:textId="3349FDB8" w:rsidR="009568FE" w:rsidRPr="00475C72" w:rsidRDefault="004B210A">
      <w:pPr>
        <w:pStyle w:val="1"/>
        <w:rPr>
          <w:lang w:val="ru-RU"/>
        </w:rPr>
      </w:pPr>
      <w:r>
        <w:rPr>
          <w:rFonts w:ascii="Aptos" w:eastAsia="Aptos" w:hAnsi="Aptos"/>
          <w:b w:val="0"/>
          <w:lang w:val="ru-RU"/>
        </w:rPr>
        <w:t>4</w:t>
      </w:r>
      <w:r w:rsidR="00000000" w:rsidRPr="00475C72">
        <w:rPr>
          <w:rFonts w:ascii="Aptos" w:eastAsia="Aptos" w:hAnsi="Aptos"/>
          <w:b w:val="0"/>
          <w:lang w:val="ru-RU"/>
        </w:rPr>
        <w:t xml:space="preserve">.3. Открыть </w:t>
      </w:r>
      <w:r w:rsidR="00000000">
        <w:rPr>
          <w:rFonts w:ascii="Aptos" w:eastAsia="Aptos" w:hAnsi="Aptos"/>
          <w:b w:val="0"/>
        </w:rPr>
        <w:t>PowerShell</w:t>
      </w:r>
      <w:r w:rsidR="00000000" w:rsidRPr="00475C72">
        <w:rPr>
          <w:rFonts w:ascii="Aptos" w:eastAsia="Aptos" w:hAnsi="Aptos"/>
          <w:b w:val="0"/>
          <w:lang w:val="ru-RU"/>
        </w:rPr>
        <w:t xml:space="preserve"> именно в папке </w:t>
      </w:r>
      <w:r w:rsidR="00000000">
        <w:rPr>
          <w:rFonts w:ascii="Aptos" w:eastAsia="Aptos" w:hAnsi="Aptos"/>
          <w:b w:val="0"/>
        </w:rPr>
        <w:t>ADB</w:t>
      </w:r>
    </w:p>
    <w:p w14:paraId="725636C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Откройте в Проводнике:</w:t>
      </w:r>
    </w:p>
    <w:p w14:paraId="7080A7CA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C</w:t>
      </w:r>
      <w:r w:rsidRPr="00475C72">
        <w:rPr>
          <w:rFonts w:eastAsia="Consolas"/>
          <w:lang w:val="ru-RU"/>
        </w:rPr>
        <w:t>:\</w:t>
      </w:r>
      <w:r>
        <w:rPr>
          <w:rFonts w:eastAsia="Consolas"/>
        </w:rPr>
        <w:t>ADB</w:t>
      </w:r>
      <w:r w:rsidRPr="00475C72">
        <w:rPr>
          <w:rFonts w:eastAsia="Consolas"/>
          <w:lang w:val="ru-RU"/>
        </w:rPr>
        <w:t>\</w:t>
      </w:r>
      <w:r>
        <w:rPr>
          <w:rFonts w:eastAsia="Consolas"/>
        </w:rPr>
        <w:t>platform</w:t>
      </w:r>
      <w:r w:rsidRPr="00475C72">
        <w:rPr>
          <w:rFonts w:eastAsia="Consolas"/>
          <w:lang w:val="ru-RU"/>
        </w:rPr>
        <w:t>-</w:t>
      </w:r>
      <w:r>
        <w:rPr>
          <w:rFonts w:eastAsia="Consolas"/>
        </w:rPr>
        <w:t>tools</w:t>
      </w:r>
    </w:p>
    <w:p w14:paraId="12B1EA7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Щёлкните по адресной строке Проводника, напишите:</w:t>
      </w:r>
    </w:p>
    <w:p w14:paraId="4E7BC6D8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proofErr w:type="spellStart"/>
      <w:r>
        <w:rPr>
          <w:rFonts w:eastAsia="Consolas"/>
        </w:rPr>
        <w:t>powershell</w:t>
      </w:r>
      <w:proofErr w:type="spellEnd"/>
    </w:p>
    <w:p w14:paraId="7D88257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и нажмите </w:t>
      </w:r>
      <w:r>
        <w:rPr>
          <w:rFonts w:eastAsia="Aptos"/>
        </w:rPr>
        <w:t>Enter</w:t>
      </w:r>
      <w:r w:rsidRPr="00475C72">
        <w:rPr>
          <w:rFonts w:eastAsia="Aptos"/>
          <w:lang w:val="ru-RU"/>
        </w:rPr>
        <w:t>.</w:t>
      </w:r>
    </w:p>
    <w:p w14:paraId="6B12D7C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Откроется окно с приглашением примерно такого вида:</w:t>
      </w:r>
    </w:p>
    <w:p w14:paraId="4CED672E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PS C:\ADB\platform-tools&gt;</w:t>
      </w:r>
    </w:p>
    <w:p w14:paraId="4A9C20DC" w14:textId="1E5AA7CB" w:rsidR="009568FE" w:rsidRDefault="004B210A">
      <w:pPr>
        <w:pStyle w:val="1"/>
      </w:pPr>
      <w:r>
        <w:rPr>
          <w:rFonts w:ascii="Aptos" w:eastAsia="Aptos" w:hAnsi="Aptos"/>
          <w:b w:val="0"/>
          <w:lang w:val="ru-RU"/>
        </w:rPr>
        <w:t>4</w:t>
      </w:r>
      <w:r w:rsidR="00000000">
        <w:rPr>
          <w:rFonts w:ascii="Aptos" w:eastAsia="Aptos" w:hAnsi="Aptos"/>
          <w:b w:val="0"/>
        </w:rPr>
        <w:t>.4. Проверить ADB</w:t>
      </w:r>
    </w:p>
    <w:p w14:paraId="62A566E5" w14:textId="77777777" w:rsidR="009568FE" w:rsidRDefault="00000000">
      <w:pPr>
        <w:rPr>
          <w:rFonts w:hint="eastAsia"/>
        </w:rPr>
      </w:pPr>
      <w:r>
        <w:rPr>
          <w:rFonts w:eastAsia="Aptos"/>
        </w:rPr>
        <w:t>Введите:</w:t>
      </w:r>
    </w:p>
    <w:p w14:paraId="7E694A43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version</w:t>
      </w:r>
    </w:p>
    <w:p w14:paraId="2852DBD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Нормальный вывод содержит:</w:t>
      </w:r>
    </w:p>
    <w:p w14:paraId="0DC85F03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Debug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Bridge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version</w:t>
      </w:r>
      <w:r w:rsidRPr="00475C72">
        <w:rPr>
          <w:rFonts w:eastAsia="Consolas"/>
          <w:lang w:val="ru-RU"/>
        </w:rPr>
        <w:t xml:space="preserve"> ...</w:t>
      </w:r>
    </w:p>
    <w:p w14:paraId="5AF1A76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это произошло —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установлен.</w:t>
      </w:r>
    </w:p>
    <w:p w14:paraId="03AF951A" w14:textId="77777777" w:rsidR="009568FE" w:rsidRPr="00475C72" w:rsidRDefault="00000000">
      <w:pPr>
        <w:pStyle w:val="2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Если команда </w:t>
      </w: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version</w:t>
      </w:r>
      <w:r w:rsidRPr="00475C72">
        <w:rPr>
          <w:rFonts w:ascii="Aptos" w:eastAsia="Aptos" w:hAnsi="Aptos"/>
          <w:b w:val="0"/>
          <w:lang w:val="ru-RU"/>
        </w:rPr>
        <w:t xml:space="preserve"> не работает</w:t>
      </w:r>
    </w:p>
    <w:p w14:paraId="01F7BDE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Если:</w:t>
      </w:r>
    </w:p>
    <w:p w14:paraId="183CBD8E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version</w:t>
      </w:r>
    </w:p>
    <w:p w14:paraId="6D40AF6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не работает, а:</w:t>
      </w:r>
    </w:p>
    <w:p w14:paraId="6594EEF5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version</w:t>
      </w:r>
    </w:p>
    <w:p w14:paraId="1DA01B3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работает — всё нормально. Это означает только, что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не добавлен в </w:t>
      </w:r>
      <w:r>
        <w:rPr>
          <w:rFonts w:eastAsia="Aptos"/>
        </w:rPr>
        <w:t>PATH</w:t>
      </w:r>
      <w:r w:rsidRPr="00475C72">
        <w:rPr>
          <w:rFonts w:eastAsia="Aptos"/>
          <w:lang w:val="ru-RU"/>
        </w:rPr>
        <w:t>.</w:t>
      </w:r>
    </w:p>
    <w:p w14:paraId="22413AF7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В этой инструкции просто </w:t>
      </w:r>
      <w:proofErr w:type="gramStart"/>
      <w:r w:rsidRPr="00475C72">
        <w:rPr>
          <w:rFonts w:eastAsia="Aptos"/>
          <w:lang w:val="ru-RU"/>
        </w:rPr>
        <w:t xml:space="preserve">используйте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proofErr w:type="spellStart"/>
      <w:proofErr w:type="gramEnd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exe</w:t>
      </w:r>
      <w:r w:rsidRPr="00475C72">
        <w:rPr>
          <w:rFonts w:eastAsia="Aptos"/>
          <w:lang w:val="ru-RU"/>
        </w:rPr>
        <w:t xml:space="preserve"> вместо </w:t>
      </w: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eastAsia="Aptos"/>
          <w:lang w:val="ru-RU"/>
        </w:rPr>
        <w:t>.</w:t>
      </w:r>
    </w:p>
    <w:p w14:paraId="3B7FE6B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Например:</w:t>
      </w:r>
    </w:p>
    <w:p w14:paraId="34C354F9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devices</w:t>
      </w:r>
    </w:p>
    <w:p w14:paraId="449FA169" w14:textId="77777777" w:rsidR="009568FE" w:rsidRPr="00475C72" w:rsidRDefault="00000000">
      <w:pPr>
        <w:pStyle w:val="2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Если даже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.\</w:t>
      </w: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exe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version</w:t>
      </w:r>
      <w:r w:rsidRPr="00475C72">
        <w:rPr>
          <w:rFonts w:ascii="Aptos" w:eastAsia="Aptos" w:hAnsi="Aptos"/>
          <w:b w:val="0"/>
          <w:lang w:val="ru-RU"/>
        </w:rPr>
        <w:t xml:space="preserve"> не работает</w:t>
      </w:r>
    </w:p>
    <w:p w14:paraId="3B000187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Выполните:</w:t>
      </w:r>
    </w:p>
    <w:p w14:paraId="0A475D5B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lastRenderedPageBreak/>
        <w:t>Get</w:t>
      </w:r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ChildItem</w:t>
      </w:r>
      <w:proofErr w:type="spellEnd"/>
    </w:p>
    <w:p w14:paraId="6ED5203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В списке должен быть </w:t>
      </w: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exe</w:t>
      </w:r>
      <w:r w:rsidRPr="00475C72">
        <w:rPr>
          <w:rFonts w:eastAsia="Aptos"/>
          <w:lang w:val="ru-RU"/>
        </w:rPr>
        <w:t>.</w:t>
      </w:r>
    </w:p>
    <w:p w14:paraId="01417B48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его нет — архив распакован не в ту папку.</w:t>
      </w:r>
    </w:p>
    <w:p w14:paraId="48232D88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089692FA" w14:textId="40D0E4D4" w:rsidR="009568FE" w:rsidRPr="00475C72" w:rsidRDefault="004B210A">
      <w:pPr>
        <w:pStyle w:val="aa"/>
        <w:spacing w:after="200"/>
        <w:jc w:val="center"/>
        <w:rPr>
          <w:lang w:val="ru-RU"/>
        </w:rPr>
      </w:pPr>
      <w:r>
        <w:rPr>
          <w:rFonts w:ascii="Aptos" w:eastAsia="Aptos" w:hAnsi="Aptos"/>
          <w:b w:val="0"/>
          <w:lang w:val="ru-RU"/>
        </w:rPr>
        <w:t>5</w:t>
      </w:r>
      <w:r w:rsidR="00000000" w:rsidRPr="00475C72">
        <w:rPr>
          <w:rFonts w:ascii="Aptos" w:eastAsia="Aptos" w:hAnsi="Aptos"/>
          <w:b w:val="0"/>
          <w:lang w:val="ru-RU"/>
        </w:rPr>
        <w:t xml:space="preserve">. Как узнать </w:t>
      </w:r>
      <w:r w:rsidR="00000000">
        <w:rPr>
          <w:rFonts w:ascii="Aptos" w:eastAsia="Aptos" w:hAnsi="Aptos"/>
          <w:b w:val="0"/>
        </w:rPr>
        <w:t>IP</w:t>
      </w:r>
      <w:r w:rsidR="00000000" w:rsidRPr="00475C72">
        <w:rPr>
          <w:rFonts w:ascii="Aptos" w:eastAsia="Aptos" w:hAnsi="Aptos"/>
          <w:b w:val="0"/>
          <w:lang w:val="ru-RU"/>
        </w:rPr>
        <w:t xml:space="preserve">-адрес </w:t>
      </w:r>
      <w:r w:rsidR="00000000">
        <w:rPr>
          <w:rFonts w:ascii="Aptos" w:eastAsia="Aptos" w:hAnsi="Aptos"/>
          <w:b w:val="0"/>
        </w:rPr>
        <w:t>Dune</w:t>
      </w:r>
      <w:r w:rsidR="00000000" w:rsidRPr="00475C72">
        <w:rPr>
          <w:rFonts w:ascii="Aptos" w:eastAsia="Aptos" w:hAnsi="Aptos"/>
          <w:b w:val="0"/>
          <w:lang w:val="ru-RU"/>
        </w:rPr>
        <w:t xml:space="preserve"> </w:t>
      </w:r>
      <w:r w:rsidR="00000000">
        <w:rPr>
          <w:rFonts w:ascii="Aptos" w:eastAsia="Aptos" w:hAnsi="Aptos"/>
          <w:b w:val="0"/>
        </w:rPr>
        <w:t>HD</w:t>
      </w:r>
    </w:p>
    <w:p w14:paraId="1391343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сетевого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нужен </w:t>
      </w:r>
      <w:r>
        <w:rPr>
          <w:rFonts w:eastAsia="Aptos"/>
        </w:rPr>
        <w:t>IP</w:t>
      </w:r>
      <w:r w:rsidRPr="00475C72">
        <w:rPr>
          <w:rFonts w:eastAsia="Aptos"/>
          <w:lang w:val="ru-RU"/>
        </w:rPr>
        <w:t>-адрес приставки.</w:t>
      </w:r>
    </w:p>
    <w:p w14:paraId="448D396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Он обычно выглядит так:</w:t>
      </w:r>
    </w:p>
    <w:p w14:paraId="78E04EA7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192.168.0.</w:t>
      </w:r>
      <w:r>
        <w:rPr>
          <w:rFonts w:eastAsia="Consolas"/>
        </w:rPr>
        <w:t>xxx</w:t>
      </w:r>
      <w:r w:rsidRPr="00475C72">
        <w:rPr>
          <w:rFonts w:eastAsia="Consolas"/>
          <w:lang w:val="ru-RU"/>
        </w:rPr>
        <w:br/>
        <w:t>192.168.1.</w:t>
      </w:r>
      <w:r>
        <w:rPr>
          <w:rFonts w:eastAsia="Consolas"/>
        </w:rPr>
        <w:t>xxx</w:t>
      </w:r>
      <w:r w:rsidRPr="00475C72">
        <w:rPr>
          <w:rFonts w:eastAsia="Consolas"/>
          <w:lang w:val="ru-RU"/>
        </w:rPr>
        <w:br/>
        <w:t>192.168.100.</w:t>
      </w:r>
      <w:r>
        <w:rPr>
          <w:rFonts w:eastAsia="Consolas"/>
        </w:rPr>
        <w:t>xxx</w:t>
      </w:r>
      <w:r w:rsidRPr="00475C72">
        <w:rPr>
          <w:rFonts w:eastAsia="Consolas"/>
          <w:lang w:val="ru-RU"/>
        </w:rPr>
        <w:br/>
        <w:t>10.0.0.</w:t>
      </w:r>
      <w:r>
        <w:rPr>
          <w:rFonts w:eastAsia="Consolas"/>
        </w:rPr>
        <w:t>xxx</w:t>
      </w:r>
    </w:p>
    <w:p w14:paraId="503650E2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Способ 1. Посмотреть на самой приставке</w:t>
      </w:r>
    </w:p>
    <w:p w14:paraId="4EC9BD7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откройте настройки сети.</w:t>
      </w:r>
    </w:p>
    <w:p w14:paraId="2C75CC5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В разных версиях интерфейса название может немного отличаться:</w:t>
      </w:r>
    </w:p>
    <w:p w14:paraId="3E2C8D67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Setup</w:t>
      </w:r>
      <w:r w:rsidRPr="00475C72">
        <w:rPr>
          <w:rFonts w:eastAsia="Consolas"/>
          <w:lang w:val="ru-RU"/>
        </w:rPr>
        <w:t xml:space="preserve"> → </w:t>
      </w:r>
      <w:r>
        <w:rPr>
          <w:rFonts w:eastAsia="Consolas"/>
        </w:rPr>
        <w:t>Network</w:t>
      </w:r>
    </w:p>
    <w:p w14:paraId="4E398EE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или:</w:t>
      </w:r>
    </w:p>
    <w:p w14:paraId="112CB9CC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Настройки → Сеть</w:t>
      </w:r>
    </w:p>
    <w:p w14:paraId="7BE0743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или в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-настройках:</w:t>
      </w:r>
    </w:p>
    <w:p w14:paraId="6CD74928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 xml:space="preserve">Настройки → Сеть / </w:t>
      </w:r>
      <w:r>
        <w:rPr>
          <w:rFonts w:eastAsia="Consolas"/>
        </w:rPr>
        <w:t>Ethernet</w:t>
      </w:r>
      <w:r w:rsidRPr="00475C72">
        <w:rPr>
          <w:rFonts w:eastAsia="Consolas"/>
          <w:lang w:val="ru-RU"/>
        </w:rPr>
        <w:t xml:space="preserve"> / </w:t>
      </w:r>
      <w:r>
        <w:rPr>
          <w:rFonts w:eastAsia="Consolas"/>
        </w:rPr>
        <w:t>Wi</w:t>
      </w:r>
      <w:r w:rsidRPr="00475C72">
        <w:rPr>
          <w:rFonts w:eastAsia="Consolas"/>
          <w:lang w:val="ru-RU"/>
        </w:rPr>
        <w:t>‑</w:t>
      </w:r>
      <w:r>
        <w:rPr>
          <w:rFonts w:eastAsia="Consolas"/>
        </w:rPr>
        <w:t>Fi</w:t>
      </w:r>
    </w:p>
    <w:p w14:paraId="1A1E620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Найдите </w:t>
      </w:r>
      <w:r>
        <w:rPr>
          <w:rFonts w:ascii="Consolas" w:eastAsia="Consolas" w:hAnsi="Consolas"/>
          <w:color w:val="464646"/>
          <w:sz w:val="19"/>
        </w:rPr>
        <w:t>IP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address</w:t>
      </w:r>
      <w:r w:rsidRPr="00475C72">
        <w:rPr>
          <w:rFonts w:eastAsia="Aptos"/>
          <w:lang w:val="ru-RU"/>
        </w:rPr>
        <w:t xml:space="preserve">, </w:t>
      </w:r>
      <w:r>
        <w:rPr>
          <w:rFonts w:ascii="Consolas" w:eastAsia="Consolas" w:hAnsi="Consolas"/>
          <w:color w:val="464646"/>
          <w:sz w:val="19"/>
        </w:rPr>
        <w:t>IP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-адрес</w:t>
      </w:r>
      <w:r w:rsidRPr="00475C72">
        <w:rPr>
          <w:rFonts w:eastAsia="Aptos"/>
          <w:lang w:val="ru-RU"/>
        </w:rPr>
        <w:t xml:space="preserve"> или </w:t>
      </w:r>
      <w:proofErr w:type="spellStart"/>
      <w:r>
        <w:rPr>
          <w:rFonts w:ascii="Consolas" w:eastAsia="Consolas" w:hAnsi="Consolas"/>
          <w:color w:val="464646"/>
          <w:sz w:val="19"/>
        </w:rPr>
        <w:t>IPv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4 </w:t>
      </w:r>
      <w:r>
        <w:rPr>
          <w:rFonts w:ascii="Consolas" w:eastAsia="Consolas" w:hAnsi="Consolas"/>
          <w:color w:val="464646"/>
          <w:sz w:val="19"/>
        </w:rPr>
        <w:t>address</w:t>
      </w:r>
      <w:r w:rsidRPr="00475C72">
        <w:rPr>
          <w:rFonts w:eastAsia="Aptos"/>
          <w:lang w:val="ru-RU"/>
        </w:rPr>
        <w:t>.</w:t>
      </w:r>
    </w:p>
    <w:p w14:paraId="1AA30F3E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Запишите адрес, например:</w:t>
      </w:r>
    </w:p>
    <w:p w14:paraId="7C8C848D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192.168.1.50</w:t>
      </w:r>
    </w:p>
    <w:p w14:paraId="35C61CEB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Способ 2. Посмотреть в роутере</w:t>
      </w:r>
    </w:p>
    <w:p w14:paraId="0C503B6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на приставке адрес найти не удаётся:</w:t>
      </w:r>
    </w:p>
    <w:p w14:paraId="7D041564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войдите в веб-интерфейс домашнего роутера;</w:t>
      </w:r>
    </w:p>
    <w:p w14:paraId="20B58CE6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откройте список </w:t>
      </w:r>
      <w:r>
        <w:rPr>
          <w:rFonts w:ascii="Consolas" w:eastAsia="Consolas" w:hAnsi="Consolas"/>
          <w:color w:val="464646"/>
          <w:sz w:val="19"/>
        </w:rPr>
        <w:t>DHCP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clients</w:t>
      </w:r>
      <w:r w:rsidRPr="00475C72">
        <w:rPr>
          <w:rFonts w:eastAsia="Aptos"/>
          <w:lang w:val="ru-RU"/>
        </w:rPr>
        <w:t xml:space="preserve">, </w:t>
      </w:r>
      <w:r>
        <w:rPr>
          <w:rFonts w:ascii="Consolas" w:eastAsia="Consolas" w:hAnsi="Consolas"/>
          <w:color w:val="464646"/>
          <w:sz w:val="19"/>
        </w:rPr>
        <w:t>Connected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devices</w:t>
      </w:r>
      <w:r w:rsidRPr="00475C72">
        <w:rPr>
          <w:rFonts w:eastAsia="Aptos"/>
          <w:lang w:val="ru-RU"/>
        </w:rPr>
        <w:t xml:space="preserve">,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Клиенты</w:t>
      </w:r>
      <w:r w:rsidRPr="00475C72">
        <w:rPr>
          <w:rFonts w:eastAsia="Aptos"/>
          <w:lang w:val="ru-RU"/>
        </w:rPr>
        <w:t xml:space="preserve"> или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Устройства</w:t>
      </w:r>
      <w:r w:rsidRPr="00475C72">
        <w:rPr>
          <w:rFonts w:eastAsia="Aptos"/>
          <w:lang w:val="ru-RU"/>
        </w:rPr>
        <w:t>;</w:t>
      </w:r>
    </w:p>
    <w:p w14:paraId="6FEB18DC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найдите</w:t>
      </w:r>
      <w:proofErr w:type="spellEnd"/>
      <w:r>
        <w:rPr>
          <w:rFonts w:eastAsia="Aptos"/>
        </w:rPr>
        <w:t xml:space="preserve"> Dune HD;</w:t>
      </w:r>
    </w:p>
    <w:p w14:paraId="2925B0CD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запишите выданный ей </w:t>
      </w:r>
      <w:proofErr w:type="spellStart"/>
      <w:r>
        <w:rPr>
          <w:rFonts w:eastAsia="Aptos"/>
        </w:rPr>
        <w:t>IPv</w:t>
      </w:r>
      <w:proofErr w:type="spellEnd"/>
      <w:r w:rsidRPr="00475C72">
        <w:rPr>
          <w:rFonts w:eastAsia="Aptos"/>
          <w:lang w:val="ru-RU"/>
        </w:rPr>
        <w:t>4-адрес.</w:t>
      </w:r>
    </w:p>
    <w:p w14:paraId="25FC6C23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Проверка связи</w:t>
      </w:r>
    </w:p>
    <w:p w14:paraId="5FCD2F0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На компьютере:</w:t>
      </w:r>
    </w:p>
    <w:p w14:paraId="5D917E0C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ping</w:t>
      </w:r>
      <w:r w:rsidRPr="00475C72">
        <w:rPr>
          <w:rFonts w:eastAsia="Consolas"/>
          <w:lang w:val="ru-RU"/>
        </w:rPr>
        <w:t xml:space="preserve"> 192.168.1.50</w:t>
      </w:r>
    </w:p>
    <w:p w14:paraId="319D8B2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Замените адрес своим.</w:t>
      </w:r>
    </w:p>
    <w:p w14:paraId="03EFDCC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идут ответы, сетевой путь работает.</w:t>
      </w:r>
    </w:p>
    <w:p w14:paraId="23F5FCC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ping</w:t>
      </w:r>
      <w:r w:rsidRPr="00475C72">
        <w:rPr>
          <w:rFonts w:eastAsia="Aptos"/>
          <w:lang w:val="ru-RU"/>
        </w:rPr>
        <w:t xml:space="preserve"> не отвечает, это не всегда означает неисправность: некоторые устройства блокируют </w:t>
      </w:r>
      <w:r>
        <w:rPr>
          <w:rFonts w:eastAsia="Aptos"/>
        </w:rPr>
        <w:t>ICMP</w:t>
      </w:r>
      <w:r w:rsidRPr="00475C72">
        <w:rPr>
          <w:rFonts w:eastAsia="Aptos"/>
          <w:lang w:val="ru-RU"/>
        </w:rPr>
        <w:t xml:space="preserve">. Но сначала перепроверьте </w:t>
      </w:r>
      <w:r>
        <w:rPr>
          <w:rFonts w:eastAsia="Aptos"/>
        </w:rPr>
        <w:t>IP</w:t>
      </w:r>
      <w:r w:rsidRPr="00475C72">
        <w:rPr>
          <w:rFonts w:eastAsia="Aptos"/>
          <w:lang w:val="ru-RU"/>
        </w:rPr>
        <w:t>.</w:t>
      </w:r>
    </w:p>
    <w:p w14:paraId="2EEE9457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11BD9CBC" w14:textId="533F20F2" w:rsidR="009568FE" w:rsidRPr="00475C72" w:rsidRDefault="004B210A">
      <w:pPr>
        <w:pStyle w:val="aa"/>
        <w:spacing w:after="200"/>
        <w:jc w:val="center"/>
        <w:rPr>
          <w:lang w:val="ru-RU"/>
        </w:rPr>
      </w:pPr>
      <w:r>
        <w:rPr>
          <w:rFonts w:ascii="Aptos" w:eastAsia="Aptos" w:hAnsi="Aptos"/>
          <w:b w:val="0"/>
          <w:lang w:val="ru-RU"/>
        </w:rPr>
        <w:t>6</w:t>
      </w:r>
      <w:r w:rsidR="00000000" w:rsidRPr="00475C72">
        <w:rPr>
          <w:rFonts w:ascii="Aptos" w:eastAsia="Aptos" w:hAnsi="Aptos"/>
          <w:b w:val="0"/>
          <w:lang w:val="ru-RU"/>
        </w:rPr>
        <w:t xml:space="preserve">. Как включить </w:t>
      </w:r>
      <w:r w:rsidR="00000000">
        <w:rPr>
          <w:rFonts w:ascii="Aptos" w:eastAsia="Aptos" w:hAnsi="Aptos"/>
          <w:b w:val="0"/>
        </w:rPr>
        <w:t>ADB</w:t>
      </w:r>
      <w:r w:rsidR="00000000" w:rsidRPr="00475C72">
        <w:rPr>
          <w:rFonts w:ascii="Aptos" w:eastAsia="Aptos" w:hAnsi="Aptos"/>
          <w:b w:val="0"/>
          <w:lang w:val="ru-RU"/>
        </w:rPr>
        <w:t xml:space="preserve"> на </w:t>
      </w:r>
      <w:r w:rsidR="00000000">
        <w:rPr>
          <w:rFonts w:ascii="Aptos" w:eastAsia="Aptos" w:hAnsi="Aptos"/>
          <w:b w:val="0"/>
        </w:rPr>
        <w:t>Dune</w:t>
      </w:r>
      <w:r w:rsidR="00000000" w:rsidRPr="00475C72">
        <w:rPr>
          <w:rFonts w:ascii="Aptos" w:eastAsia="Aptos" w:hAnsi="Aptos"/>
          <w:b w:val="0"/>
          <w:lang w:val="ru-RU"/>
        </w:rPr>
        <w:t xml:space="preserve"> </w:t>
      </w:r>
      <w:r w:rsidR="00000000">
        <w:rPr>
          <w:rFonts w:ascii="Aptos" w:eastAsia="Aptos" w:hAnsi="Aptos"/>
          <w:b w:val="0"/>
        </w:rPr>
        <w:t>HD</w:t>
      </w:r>
    </w:p>
    <w:p w14:paraId="32328495" w14:textId="77777777" w:rsidR="009568FE" w:rsidRPr="00475C72" w:rsidRDefault="00000000">
      <w:pPr>
        <w:rPr>
          <w:rFonts w:hint="eastAsia"/>
          <w:lang w:val="ru-RU"/>
        </w:rPr>
      </w:pP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официально поддерживает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-доступ к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-моделям.</w:t>
      </w:r>
    </w:p>
    <w:p w14:paraId="5715090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-приставках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используется стандартный механизм </w:t>
      </w:r>
      <w:r>
        <w:rPr>
          <w:rFonts w:eastAsia="Aptos"/>
        </w:rPr>
        <w:t>Developer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settings</w:t>
      </w:r>
      <w:r w:rsidRPr="00475C72">
        <w:rPr>
          <w:rFonts w:eastAsia="Aptos"/>
          <w:lang w:val="ru-RU"/>
        </w:rPr>
        <w:t xml:space="preserve"> / </w:t>
      </w:r>
      <w:r>
        <w:rPr>
          <w:rFonts w:eastAsia="Aptos"/>
        </w:rPr>
        <w:t>USB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debugging</w:t>
      </w:r>
      <w:r w:rsidRPr="00475C72">
        <w:rPr>
          <w:rFonts w:eastAsia="Aptos"/>
          <w:lang w:val="ru-RU"/>
        </w:rPr>
        <w:t>.</w:t>
      </w:r>
    </w:p>
    <w:p w14:paraId="5D07C3D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Несмотря на название </w:t>
      </w:r>
      <w:r>
        <w:rPr>
          <w:rFonts w:eastAsia="Aptos"/>
          <w:b/>
        </w:rPr>
        <w:t>USB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debugging</w:t>
      </w:r>
      <w:r w:rsidRPr="00475C72">
        <w:rPr>
          <w:rFonts w:eastAsia="Aptos"/>
          <w:lang w:val="ru-RU"/>
        </w:rPr>
        <w:t xml:space="preserve">, после включения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к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можно подключаться по локальной сети.</w:t>
      </w:r>
    </w:p>
    <w:p w14:paraId="0DF09301" w14:textId="793D38DD" w:rsidR="009568FE" w:rsidRDefault="00F10D6F">
      <w:pPr>
        <w:pStyle w:val="1"/>
      </w:pPr>
      <w:r>
        <w:rPr>
          <w:rFonts w:ascii="Aptos" w:eastAsia="Aptos" w:hAnsi="Aptos"/>
          <w:b w:val="0"/>
        </w:rPr>
        <w:t>6</w:t>
      </w:r>
      <w:r w:rsidR="00000000">
        <w:rPr>
          <w:rFonts w:ascii="Aptos" w:eastAsia="Aptos" w:hAnsi="Aptos"/>
          <w:b w:val="0"/>
        </w:rPr>
        <w:t>.1. Включить Developer settings</w:t>
      </w:r>
    </w:p>
    <w:p w14:paraId="614451EC" w14:textId="77777777" w:rsidR="009568FE" w:rsidRDefault="00000000">
      <w:pPr>
        <w:rPr>
          <w:rFonts w:hint="eastAsia"/>
        </w:rPr>
      </w:pPr>
      <w:r>
        <w:rPr>
          <w:rFonts w:eastAsia="Aptos"/>
        </w:rPr>
        <w:t>Откройте:</w:t>
      </w:r>
    </w:p>
    <w:p w14:paraId="1507AC4B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Setup → System</w:t>
      </w:r>
    </w:p>
    <w:p w14:paraId="62697FC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Найдите </w:t>
      </w:r>
      <w:r>
        <w:rPr>
          <w:rFonts w:ascii="Consolas" w:eastAsia="Consolas" w:hAnsi="Consolas"/>
          <w:color w:val="464646"/>
          <w:sz w:val="19"/>
        </w:rPr>
        <w:t>Developer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settings</w:t>
      </w:r>
      <w:r w:rsidRPr="00475C72">
        <w:rPr>
          <w:rFonts w:eastAsia="Aptos"/>
          <w:lang w:val="ru-RU"/>
        </w:rPr>
        <w:t xml:space="preserve">, </w:t>
      </w:r>
      <w:r>
        <w:rPr>
          <w:rFonts w:ascii="Consolas" w:eastAsia="Consolas" w:hAnsi="Consolas"/>
          <w:color w:val="464646"/>
          <w:sz w:val="19"/>
        </w:rPr>
        <w:t>Developer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options</w:t>
      </w:r>
      <w:r w:rsidRPr="00475C72">
        <w:rPr>
          <w:rFonts w:eastAsia="Aptos"/>
          <w:lang w:val="ru-RU"/>
        </w:rPr>
        <w:t xml:space="preserve"> </w:t>
      </w:r>
      <w:proofErr w:type="gramStart"/>
      <w:r w:rsidRPr="00475C72">
        <w:rPr>
          <w:rFonts w:eastAsia="Aptos"/>
          <w:lang w:val="ru-RU"/>
        </w:rPr>
        <w:t xml:space="preserve">или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Для</w:t>
      </w:r>
      <w:proofErr w:type="gramEnd"/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разработчиков</w:t>
      </w:r>
      <w:r w:rsidRPr="00475C72">
        <w:rPr>
          <w:rFonts w:eastAsia="Aptos"/>
          <w:lang w:val="ru-RU"/>
        </w:rPr>
        <w:t xml:space="preserve"> и включите.</w:t>
      </w:r>
    </w:p>
    <w:p w14:paraId="0456E60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пункта нет, попробуйте стандартный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-способ:</w:t>
      </w:r>
    </w:p>
    <w:p w14:paraId="14C38F5C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откройте сведения об устройстве;</w:t>
      </w:r>
    </w:p>
    <w:p w14:paraId="2D5F76B8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 xml:space="preserve">найдите </w:t>
      </w:r>
      <w:r>
        <w:rPr>
          <w:rFonts w:ascii="Consolas" w:eastAsia="Consolas" w:hAnsi="Consolas"/>
          <w:color w:val="464646"/>
          <w:sz w:val="19"/>
        </w:rPr>
        <w:t>Build number / Номер сборки</w:t>
      </w:r>
      <w:r>
        <w:rPr>
          <w:rFonts w:eastAsia="Aptos"/>
        </w:rPr>
        <w:t>;</w:t>
      </w:r>
    </w:p>
    <w:p w14:paraId="425A3075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нажмите на него 7 раз;</w:t>
      </w:r>
    </w:p>
    <w:p w14:paraId="1901DA83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вернитесь назад;</w:t>
      </w:r>
    </w:p>
    <w:p w14:paraId="77289D8B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должен появиться раздел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Для разработчиков</w:t>
      </w:r>
      <w:r w:rsidRPr="00475C72">
        <w:rPr>
          <w:rFonts w:eastAsia="Aptos"/>
          <w:lang w:val="ru-RU"/>
        </w:rPr>
        <w:t>.</w:t>
      </w:r>
    </w:p>
    <w:p w14:paraId="6C30C20C" w14:textId="7E672F09" w:rsidR="009568FE" w:rsidRPr="00475C72" w:rsidRDefault="00F10D6F">
      <w:pPr>
        <w:pStyle w:val="1"/>
        <w:rPr>
          <w:lang w:val="ru-RU"/>
        </w:rPr>
      </w:pPr>
      <w:r>
        <w:rPr>
          <w:rFonts w:ascii="Aptos" w:eastAsia="Aptos" w:hAnsi="Aptos"/>
          <w:b w:val="0"/>
        </w:rPr>
        <w:t>6</w:t>
      </w:r>
      <w:r w:rsidR="00000000" w:rsidRPr="00475C72">
        <w:rPr>
          <w:rFonts w:ascii="Aptos" w:eastAsia="Aptos" w:hAnsi="Aptos"/>
          <w:b w:val="0"/>
          <w:lang w:val="ru-RU"/>
        </w:rPr>
        <w:t xml:space="preserve">.2. Включить </w:t>
      </w:r>
      <w:r w:rsidR="00000000">
        <w:rPr>
          <w:rFonts w:ascii="Aptos" w:eastAsia="Aptos" w:hAnsi="Aptos"/>
          <w:b w:val="0"/>
        </w:rPr>
        <w:t>USB</w:t>
      </w:r>
      <w:r w:rsidR="00000000" w:rsidRPr="00475C72">
        <w:rPr>
          <w:rFonts w:ascii="Aptos" w:eastAsia="Aptos" w:hAnsi="Aptos"/>
          <w:b w:val="0"/>
          <w:lang w:val="ru-RU"/>
        </w:rPr>
        <w:t xml:space="preserve"> </w:t>
      </w:r>
      <w:r w:rsidR="00000000">
        <w:rPr>
          <w:rFonts w:ascii="Aptos" w:eastAsia="Aptos" w:hAnsi="Aptos"/>
          <w:b w:val="0"/>
        </w:rPr>
        <w:t>debugging</w:t>
      </w:r>
    </w:p>
    <w:p w14:paraId="25913D9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В разделе разработчика включите:</w:t>
      </w:r>
    </w:p>
    <w:p w14:paraId="4FF3E394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USB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debugging</w:t>
      </w:r>
      <w:r w:rsidRPr="00475C72">
        <w:rPr>
          <w:rFonts w:eastAsia="Consolas"/>
          <w:lang w:val="ru-RU"/>
        </w:rPr>
        <w:br/>
        <w:t xml:space="preserve">Отладка по </w:t>
      </w:r>
      <w:r>
        <w:rPr>
          <w:rFonts w:eastAsia="Consolas"/>
        </w:rPr>
        <w:t>USB</w:t>
      </w:r>
    </w:p>
    <w:p w14:paraId="5A6E80ED" w14:textId="0AC437DA" w:rsidR="009568FE" w:rsidRPr="00475C72" w:rsidRDefault="00F10D6F">
      <w:pPr>
        <w:pStyle w:val="1"/>
        <w:rPr>
          <w:lang w:val="ru-RU"/>
        </w:rPr>
      </w:pPr>
      <w:r w:rsidRPr="00F10D6F">
        <w:rPr>
          <w:rFonts w:ascii="Aptos" w:eastAsia="Aptos" w:hAnsi="Aptos"/>
          <w:b w:val="0"/>
          <w:lang w:val="ru-RU"/>
        </w:rPr>
        <w:t>6</w:t>
      </w:r>
      <w:r w:rsidR="00000000" w:rsidRPr="00475C72">
        <w:rPr>
          <w:rFonts w:ascii="Aptos" w:eastAsia="Aptos" w:hAnsi="Aptos"/>
          <w:b w:val="0"/>
          <w:lang w:val="ru-RU"/>
        </w:rPr>
        <w:t xml:space="preserve">.3. Если включить </w:t>
      </w:r>
      <w:r w:rsidR="00000000">
        <w:rPr>
          <w:rFonts w:ascii="Aptos" w:eastAsia="Aptos" w:hAnsi="Aptos"/>
          <w:b w:val="0"/>
        </w:rPr>
        <w:t>ADB</w:t>
      </w:r>
      <w:r w:rsidR="00000000" w:rsidRPr="00475C72">
        <w:rPr>
          <w:rFonts w:ascii="Aptos" w:eastAsia="Aptos" w:hAnsi="Aptos"/>
          <w:b w:val="0"/>
          <w:lang w:val="ru-RU"/>
        </w:rPr>
        <w:t xml:space="preserve"> через меню не удаётся</w:t>
      </w:r>
    </w:p>
    <w:p w14:paraId="5C54EDF8" w14:textId="77777777" w:rsidR="009568FE" w:rsidRPr="00475C72" w:rsidRDefault="00000000">
      <w:pPr>
        <w:rPr>
          <w:rFonts w:hint="eastAsia"/>
          <w:lang w:val="ru-RU"/>
        </w:rPr>
      </w:pP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предоставляет официальный сервисный </w:t>
      </w:r>
      <w:r>
        <w:rPr>
          <w:rFonts w:eastAsia="Aptos"/>
        </w:rPr>
        <w:t>DSF</w:t>
      </w:r>
      <w:r w:rsidRPr="00475C72">
        <w:rPr>
          <w:rFonts w:eastAsia="Aptos"/>
          <w:lang w:val="ru-RU"/>
        </w:rPr>
        <w:t>-файл:</w:t>
      </w:r>
    </w:p>
    <w:p w14:paraId="413A362F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files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hd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proofErr w:type="spellStart"/>
      <w:r>
        <w:rPr>
          <w:rFonts w:eastAsia="Consolas"/>
        </w:rPr>
        <w:t>sdk</w:t>
      </w:r>
      <w:proofErr w:type="spellEnd"/>
      <w:r w:rsidRPr="00475C72">
        <w:rPr>
          <w:rFonts w:eastAsia="Consolas"/>
          <w:lang w:val="ru-RU"/>
        </w:rPr>
        <w:t>/</w:t>
      </w:r>
      <w:proofErr w:type="spellStart"/>
      <w:r>
        <w:rPr>
          <w:rFonts w:eastAsia="Consolas"/>
        </w:rPr>
        <w:t>misc</w:t>
      </w:r>
      <w:proofErr w:type="spellEnd"/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service</w:t>
      </w:r>
      <w:r w:rsidRPr="00475C72">
        <w:rPr>
          <w:rFonts w:eastAsia="Consolas"/>
          <w:lang w:val="ru-RU"/>
        </w:rPr>
        <w:t>_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enable</w:t>
      </w:r>
      <w:r w:rsidRPr="00475C72">
        <w:rPr>
          <w:rFonts w:eastAsia="Consolas"/>
          <w:lang w:val="ru-RU"/>
        </w:rPr>
        <w:t>.</w:t>
      </w:r>
      <w:proofErr w:type="spellStart"/>
      <w:r>
        <w:rPr>
          <w:rFonts w:eastAsia="Consolas"/>
        </w:rPr>
        <w:t>dsf</w:t>
      </w:r>
      <w:proofErr w:type="spellEnd"/>
    </w:p>
    <w:p w14:paraId="713D82E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Использовать его следует только если обычный способ не работает.</w:t>
      </w:r>
    </w:p>
    <w:p w14:paraId="5FD41CAE" w14:textId="77777777" w:rsidR="009568FE" w:rsidRDefault="00000000">
      <w:pPr>
        <w:rPr>
          <w:rFonts w:hint="eastAsia"/>
        </w:rPr>
      </w:pPr>
      <w:proofErr w:type="spellStart"/>
      <w:r>
        <w:rPr>
          <w:rFonts w:eastAsia="Aptos"/>
        </w:rPr>
        <w:t>Порядок</w:t>
      </w:r>
      <w:proofErr w:type="spellEnd"/>
      <w:r>
        <w:rPr>
          <w:rFonts w:eastAsia="Aptos"/>
        </w:rPr>
        <w:t>:</w:t>
      </w:r>
    </w:p>
    <w:p w14:paraId="675D18C0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скачать </w:t>
      </w:r>
      <w:r>
        <w:rPr>
          <w:rFonts w:eastAsia="Aptos"/>
        </w:rPr>
        <w:t>DSF</w:t>
      </w:r>
      <w:r w:rsidRPr="00475C72">
        <w:rPr>
          <w:rFonts w:eastAsia="Aptos"/>
          <w:lang w:val="ru-RU"/>
        </w:rPr>
        <w:t>-файл на ПК;</w:t>
      </w:r>
    </w:p>
    <w:p w14:paraId="798B59E9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скопировать его на </w:t>
      </w:r>
      <w:r>
        <w:rPr>
          <w:rFonts w:eastAsia="Aptos"/>
        </w:rPr>
        <w:t>USB</w:t>
      </w:r>
      <w:r w:rsidRPr="00475C72">
        <w:rPr>
          <w:rFonts w:eastAsia="Aptos"/>
          <w:lang w:val="ru-RU"/>
        </w:rPr>
        <w:t>-флешку;</w:t>
      </w:r>
    </w:p>
    <w:p w14:paraId="72052984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вставить флешку в Dune;</w:t>
      </w:r>
    </w:p>
    <w:p w14:paraId="4B16A01E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открыть </w:t>
      </w:r>
      <w:r>
        <w:rPr>
          <w:rFonts w:eastAsia="Aptos"/>
        </w:rPr>
        <w:t>USB</w:t>
      </w:r>
      <w:r w:rsidRPr="00475C72">
        <w:rPr>
          <w:rFonts w:eastAsia="Aptos"/>
          <w:lang w:val="ru-RU"/>
        </w:rPr>
        <w:t xml:space="preserve">-носитель в интерфейсе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>;</w:t>
      </w:r>
    </w:p>
    <w:p w14:paraId="3E097FC8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запустить</w:t>
      </w:r>
      <w:proofErr w:type="spellEnd"/>
      <w:r>
        <w:rPr>
          <w:rFonts w:eastAsia="Aptos"/>
        </w:rPr>
        <w:t xml:space="preserve"> DSF-файл;</w:t>
      </w:r>
    </w:p>
    <w:p w14:paraId="0D77F02E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после выполнения снова попробовать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>-подключение.</w:t>
      </w:r>
    </w:p>
    <w:p w14:paraId="4D45C3FD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087CB25B" w14:textId="128772E8" w:rsidR="009568FE" w:rsidRPr="00475C72" w:rsidRDefault="00F10D6F">
      <w:pPr>
        <w:pStyle w:val="aa"/>
        <w:spacing w:after="200"/>
        <w:jc w:val="center"/>
        <w:rPr>
          <w:lang w:val="ru-RU"/>
        </w:rPr>
      </w:pPr>
      <w:r w:rsidRPr="00F10D6F">
        <w:rPr>
          <w:rFonts w:ascii="Aptos" w:eastAsia="Aptos" w:hAnsi="Aptos"/>
          <w:b w:val="0"/>
          <w:lang w:val="ru-RU"/>
        </w:rPr>
        <w:t>7</w:t>
      </w:r>
      <w:r w:rsidR="00000000" w:rsidRPr="00475C72">
        <w:rPr>
          <w:rFonts w:ascii="Aptos" w:eastAsia="Aptos" w:hAnsi="Aptos"/>
          <w:b w:val="0"/>
          <w:lang w:val="ru-RU"/>
        </w:rPr>
        <w:t xml:space="preserve">. Как подключиться к приставке по </w:t>
      </w:r>
      <w:r w:rsidR="00000000">
        <w:rPr>
          <w:rFonts w:ascii="Aptos" w:eastAsia="Aptos" w:hAnsi="Aptos"/>
          <w:b w:val="0"/>
        </w:rPr>
        <w:t>ADB</w:t>
      </w:r>
    </w:p>
    <w:p w14:paraId="32D300AF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Предположим, </w:t>
      </w:r>
      <w:r>
        <w:rPr>
          <w:rFonts w:eastAsia="Aptos"/>
        </w:rPr>
        <w:t>IP</w:t>
      </w:r>
      <w:r w:rsidRPr="00475C72">
        <w:rPr>
          <w:rFonts w:eastAsia="Aptos"/>
          <w:lang w:val="ru-RU"/>
        </w:rPr>
        <w:t xml:space="preserve"> приставки:</w:t>
      </w:r>
    </w:p>
    <w:p w14:paraId="63CE192E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lastRenderedPageBreak/>
        <w:t>192.168.1.50</w:t>
      </w:r>
    </w:p>
    <w:p w14:paraId="74A8F138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В </w:t>
      </w:r>
      <w:r>
        <w:rPr>
          <w:rFonts w:eastAsia="Aptos"/>
        </w:rPr>
        <w:t>PowerShell</w:t>
      </w:r>
      <w:r w:rsidRPr="00475C72">
        <w:rPr>
          <w:rFonts w:eastAsia="Aptos"/>
          <w:lang w:val="ru-RU"/>
        </w:rPr>
        <w:t xml:space="preserve"> из папки </w:t>
      </w:r>
      <w:r>
        <w:rPr>
          <w:rFonts w:eastAsia="Aptos"/>
        </w:rPr>
        <w:t>Platform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Tools</w:t>
      </w:r>
      <w:r w:rsidRPr="00475C72">
        <w:rPr>
          <w:rFonts w:eastAsia="Aptos"/>
          <w:lang w:val="ru-RU"/>
        </w:rPr>
        <w:t>:</w:t>
      </w:r>
    </w:p>
    <w:p w14:paraId="103AE6AF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connect</w:t>
      </w:r>
      <w:r w:rsidRPr="00475C72">
        <w:rPr>
          <w:rFonts w:eastAsia="Consolas"/>
          <w:lang w:val="ru-RU"/>
        </w:rPr>
        <w:t xml:space="preserve"> 192.168.1.50</w:t>
      </w:r>
    </w:p>
    <w:p w14:paraId="3EB08C6F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требуется явный порт:</w:t>
      </w:r>
    </w:p>
    <w:p w14:paraId="16085565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connect</w:t>
      </w:r>
      <w:r w:rsidRPr="00475C72">
        <w:rPr>
          <w:rFonts w:eastAsia="Consolas"/>
          <w:lang w:val="ru-RU"/>
        </w:rPr>
        <w:t xml:space="preserve"> 192.168.1.50:5555</w:t>
      </w:r>
    </w:p>
    <w:p w14:paraId="58C0B9B7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Нормальный ответ:</w:t>
      </w:r>
    </w:p>
    <w:p w14:paraId="74A179E5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connected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to</w:t>
      </w:r>
      <w:r w:rsidRPr="00475C72">
        <w:rPr>
          <w:rFonts w:eastAsia="Consolas"/>
          <w:lang w:val="ru-RU"/>
        </w:rPr>
        <w:t xml:space="preserve"> 192.168.1.50:5555</w:t>
      </w:r>
    </w:p>
    <w:p w14:paraId="71CE2CEA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На телевизоре может появиться запрос</w:t>
      </w:r>
    </w:p>
    <w:p w14:paraId="0D9E0E6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При первом подключении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 может показать:</w:t>
      </w:r>
    </w:p>
    <w:p w14:paraId="039BA04C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 xml:space="preserve">Разрешить отладку по </w:t>
      </w:r>
      <w:r>
        <w:rPr>
          <w:rFonts w:eastAsia="Consolas"/>
        </w:rPr>
        <w:t>USB</w:t>
      </w:r>
      <w:r w:rsidRPr="00475C72">
        <w:rPr>
          <w:rFonts w:eastAsia="Consolas"/>
          <w:lang w:val="ru-RU"/>
        </w:rPr>
        <w:t>?</w:t>
      </w:r>
      <w:r w:rsidRPr="00475C72">
        <w:rPr>
          <w:rFonts w:eastAsia="Consolas"/>
          <w:lang w:val="ru-RU"/>
        </w:rPr>
        <w:br/>
      </w:r>
      <w:r>
        <w:rPr>
          <w:rFonts w:eastAsia="Consolas"/>
        </w:rPr>
        <w:t>Allow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USB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debugging</w:t>
      </w:r>
      <w:r w:rsidRPr="00475C72">
        <w:rPr>
          <w:rFonts w:eastAsia="Consolas"/>
          <w:lang w:val="ru-RU"/>
        </w:rPr>
        <w:t>?</w:t>
      </w:r>
    </w:p>
    <w:p w14:paraId="0461486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Разрешите.</w:t>
      </w:r>
    </w:p>
    <w:p w14:paraId="23231AC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есть </w:t>
      </w:r>
      <w:proofErr w:type="gramStart"/>
      <w:r w:rsidRPr="00475C72">
        <w:rPr>
          <w:rFonts w:eastAsia="Aptos"/>
          <w:lang w:val="ru-RU"/>
        </w:rPr>
        <w:t xml:space="preserve">галочка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Всегда</w:t>
      </w:r>
      <w:proofErr w:type="gramEnd"/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разрешать с этого компьютера</w:t>
      </w:r>
      <w:r w:rsidRPr="00475C72">
        <w:rPr>
          <w:rFonts w:eastAsia="Aptos"/>
          <w:lang w:val="ru-RU"/>
        </w:rPr>
        <w:t>, её можно включить.</w:t>
      </w:r>
    </w:p>
    <w:p w14:paraId="14C797E5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Проверка</w:t>
      </w:r>
    </w:p>
    <w:p w14:paraId="481ADDDE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devices</w:t>
      </w:r>
    </w:p>
    <w:p w14:paraId="49BE77E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Ожидается:</w:t>
      </w:r>
    </w:p>
    <w:p w14:paraId="2B0A7BC3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List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of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devices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attached</w:t>
      </w:r>
      <w:r w:rsidRPr="00475C72">
        <w:rPr>
          <w:rFonts w:eastAsia="Consolas"/>
          <w:lang w:val="ru-RU"/>
        </w:rPr>
        <w:br/>
        <w:t xml:space="preserve">192.168.1.50:5555    </w:t>
      </w:r>
      <w:r>
        <w:rPr>
          <w:rFonts w:eastAsia="Consolas"/>
        </w:rPr>
        <w:t>device</w:t>
      </w:r>
    </w:p>
    <w:p w14:paraId="4C3AAD1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справа написано </w:t>
      </w:r>
      <w:r>
        <w:rPr>
          <w:rFonts w:ascii="Consolas" w:eastAsia="Consolas" w:hAnsi="Consolas"/>
          <w:color w:val="464646"/>
          <w:sz w:val="19"/>
        </w:rPr>
        <w:t>device</w:t>
      </w:r>
      <w:r w:rsidRPr="00475C72">
        <w:rPr>
          <w:rFonts w:eastAsia="Aptos"/>
          <w:lang w:val="ru-RU"/>
        </w:rPr>
        <w:t>, подключение готово.</w:t>
      </w:r>
    </w:p>
    <w:p w14:paraId="020E8574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02225490" w14:textId="219FF520" w:rsidR="009568FE" w:rsidRPr="00475C72" w:rsidRDefault="00F10D6F">
      <w:pPr>
        <w:pStyle w:val="aa"/>
        <w:spacing w:after="200"/>
        <w:jc w:val="center"/>
        <w:rPr>
          <w:lang w:val="ru-RU"/>
        </w:rPr>
      </w:pPr>
      <w:r w:rsidRPr="00F10D6F">
        <w:rPr>
          <w:rFonts w:ascii="Aptos" w:eastAsia="Aptos" w:hAnsi="Aptos"/>
          <w:b w:val="0"/>
          <w:lang w:val="ru-RU"/>
        </w:rPr>
        <w:t>8</w:t>
      </w:r>
      <w:r w:rsidR="00000000" w:rsidRPr="00475C72">
        <w:rPr>
          <w:rFonts w:ascii="Aptos" w:eastAsia="Aptos" w:hAnsi="Aptos"/>
          <w:b w:val="0"/>
          <w:lang w:val="ru-RU"/>
        </w:rPr>
        <w:t xml:space="preserve">. Как проверить модель, </w:t>
      </w:r>
      <w:r w:rsidR="00000000">
        <w:rPr>
          <w:rFonts w:ascii="Aptos" w:eastAsia="Aptos" w:hAnsi="Aptos"/>
          <w:b w:val="0"/>
        </w:rPr>
        <w:t>Android</w:t>
      </w:r>
      <w:r w:rsidR="00000000" w:rsidRPr="00475C72">
        <w:rPr>
          <w:rFonts w:ascii="Aptos" w:eastAsia="Aptos" w:hAnsi="Aptos"/>
          <w:b w:val="0"/>
          <w:lang w:val="ru-RU"/>
        </w:rPr>
        <w:t xml:space="preserve"> и </w:t>
      </w:r>
      <w:r w:rsidR="00000000">
        <w:rPr>
          <w:rFonts w:ascii="Aptos" w:eastAsia="Aptos" w:hAnsi="Aptos"/>
          <w:b w:val="0"/>
        </w:rPr>
        <w:t>root</w:t>
      </w:r>
      <w:r w:rsidR="00000000" w:rsidRPr="00475C72">
        <w:rPr>
          <w:rFonts w:ascii="Aptos" w:eastAsia="Aptos" w:hAnsi="Aptos"/>
          <w:b w:val="0"/>
          <w:lang w:val="ru-RU"/>
        </w:rPr>
        <w:t>-доступ</w:t>
      </w:r>
    </w:p>
    <w:p w14:paraId="7A12CC3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 xml:space="preserve">.\adb.exe shell </w:t>
      </w:r>
      <w:proofErr w:type="spellStart"/>
      <w:r>
        <w:rPr>
          <w:rFonts w:eastAsia="Consolas"/>
        </w:rPr>
        <w:t>getprop</w:t>
      </w:r>
      <w:proofErr w:type="spellEnd"/>
      <w:r>
        <w:rPr>
          <w:rFonts w:eastAsia="Consolas"/>
        </w:rPr>
        <w:t xml:space="preserve"> </w:t>
      </w:r>
      <w:proofErr w:type="spellStart"/>
      <w:proofErr w:type="gramStart"/>
      <w:r>
        <w:rPr>
          <w:rFonts w:eastAsia="Consolas"/>
        </w:rPr>
        <w:t>ro.product</w:t>
      </w:r>
      <w:proofErr w:type="gramEnd"/>
      <w:r>
        <w:rPr>
          <w:rFonts w:eastAsia="Consolas"/>
        </w:rPr>
        <w:t>.model</w:t>
      </w:r>
      <w:proofErr w:type="spellEnd"/>
      <w:r>
        <w:rPr>
          <w:rFonts w:eastAsia="Consolas"/>
        </w:rPr>
        <w:br/>
        <w:t xml:space="preserve">.\adb.exe shell getprop </w:t>
      </w:r>
      <w:proofErr w:type="gramStart"/>
      <w:r>
        <w:rPr>
          <w:rFonts w:eastAsia="Consolas"/>
        </w:rPr>
        <w:t>ro.build</w:t>
      </w:r>
      <w:proofErr w:type="gramEnd"/>
      <w:r>
        <w:rPr>
          <w:rFonts w:eastAsia="Consolas"/>
        </w:rPr>
        <w:t>.</w:t>
      </w:r>
      <w:proofErr w:type="gramStart"/>
      <w:r>
        <w:rPr>
          <w:rFonts w:eastAsia="Consolas"/>
        </w:rPr>
        <w:t>version.release</w:t>
      </w:r>
      <w:proofErr w:type="gramEnd"/>
      <w:r>
        <w:rPr>
          <w:rFonts w:eastAsia="Consolas"/>
        </w:rPr>
        <w:br/>
        <w:t>.\adb.exe shell getprop ro.build.version.sdk</w:t>
      </w:r>
    </w:p>
    <w:p w14:paraId="3E322C47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проверенной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было:</w:t>
      </w:r>
    </w:p>
    <w:p w14:paraId="25D97630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tv175x</w:t>
      </w:r>
      <w:r>
        <w:rPr>
          <w:rFonts w:eastAsia="Consolas"/>
        </w:rPr>
        <w:br/>
        <w:t>7.1.1</w:t>
      </w:r>
      <w:r>
        <w:rPr>
          <w:rFonts w:eastAsia="Consolas"/>
        </w:rPr>
        <w:br/>
        <w:t>25</w:t>
      </w:r>
    </w:p>
    <w:p w14:paraId="2297D379" w14:textId="77777777" w:rsidR="009568FE" w:rsidRDefault="00000000">
      <w:pPr>
        <w:rPr>
          <w:rFonts w:hint="eastAsia"/>
        </w:rPr>
      </w:pPr>
      <w:r>
        <w:rPr>
          <w:rFonts w:eastAsia="Aptos"/>
        </w:rPr>
        <w:t>Проверить root:</w:t>
      </w:r>
    </w:p>
    <w:p w14:paraId="3598A019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id</w:t>
      </w:r>
    </w:p>
    <w:p w14:paraId="3B42C27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вывод содержит:</w:t>
      </w:r>
    </w:p>
    <w:p w14:paraId="0B2A16FC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proofErr w:type="spellStart"/>
      <w:r>
        <w:rPr>
          <w:rFonts w:eastAsia="Consolas"/>
        </w:rPr>
        <w:t>uid</w:t>
      </w:r>
      <w:proofErr w:type="spellEnd"/>
      <w:r w:rsidRPr="00475C72">
        <w:rPr>
          <w:rFonts w:eastAsia="Consolas"/>
          <w:lang w:val="ru-RU"/>
        </w:rPr>
        <w:t>=0(</w:t>
      </w:r>
      <w:r>
        <w:rPr>
          <w:rFonts w:eastAsia="Consolas"/>
        </w:rPr>
        <w:t>root</w:t>
      </w:r>
      <w:r w:rsidRPr="00475C72">
        <w:rPr>
          <w:rFonts w:eastAsia="Consolas"/>
          <w:lang w:val="ru-RU"/>
        </w:rPr>
        <w:t>)</w:t>
      </w:r>
    </w:p>
    <w:p w14:paraId="68C08248" w14:textId="77777777" w:rsidR="009568FE" w:rsidRPr="00475C72" w:rsidRDefault="00000000">
      <w:pPr>
        <w:rPr>
          <w:rFonts w:hint="eastAsia"/>
          <w:lang w:val="ru-RU"/>
        </w:rPr>
      </w:pP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shell</w:t>
      </w:r>
      <w:r w:rsidRPr="00475C72">
        <w:rPr>
          <w:rFonts w:eastAsia="Aptos"/>
          <w:lang w:val="ru-RU"/>
        </w:rPr>
        <w:t xml:space="preserve"> работает с </w:t>
      </w:r>
      <w:r>
        <w:rPr>
          <w:rFonts w:eastAsia="Aptos"/>
        </w:rPr>
        <w:t>root</w:t>
      </w:r>
      <w:r w:rsidRPr="00475C72">
        <w:rPr>
          <w:rFonts w:eastAsia="Aptos"/>
          <w:lang w:val="ru-RU"/>
        </w:rPr>
        <w:t>-правами.</w:t>
      </w:r>
    </w:p>
    <w:p w14:paraId="577F133B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4111A89B" w14:textId="52BE371E" w:rsidR="009568FE" w:rsidRDefault="00F10D6F">
      <w:pPr>
        <w:pStyle w:val="aa"/>
        <w:spacing w:after="200"/>
        <w:jc w:val="center"/>
      </w:pPr>
      <w:r>
        <w:rPr>
          <w:rFonts w:ascii="Aptos" w:eastAsia="Aptos" w:hAnsi="Aptos"/>
          <w:b w:val="0"/>
        </w:rPr>
        <w:lastRenderedPageBreak/>
        <w:t>9</w:t>
      </w:r>
      <w:r w:rsidR="00000000">
        <w:rPr>
          <w:rFonts w:ascii="Aptos" w:eastAsia="Aptos" w:hAnsi="Aptos"/>
          <w:b w:val="0"/>
        </w:rPr>
        <w:t xml:space="preserve">. </w:t>
      </w:r>
      <w:proofErr w:type="spellStart"/>
      <w:r w:rsidR="00000000">
        <w:rPr>
          <w:rFonts w:ascii="Aptos" w:eastAsia="Aptos" w:hAnsi="Aptos"/>
          <w:b w:val="0"/>
        </w:rPr>
        <w:t>Как</w:t>
      </w:r>
      <w:proofErr w:type="spellEnd"/>
      <w:r w:rsidR="00000000">
        <w:rPr>
          <w:rFonts w:ascii="Aptos" w:eastAsia="Aptos" w:hAnsi="Aptos"/>
          <w:b w:val="0"/>
        </w:rPr>
        <w:t xml:space="preserve"> </w:t>
      </w:r>
      <w:proofErr w:type="spellStart"/>
      <w:r w:rsidR="00000000">
        <w:rPr>
          <w:rFonts w:ascii="Aptos" w:eastAsia="Aptos" w:hAnsi="Aptos"/>
          <w:b w:val="0"/>
        </w:rPr>
        <w:t>получить</w:t>
      </w:r>
      <w:proofErr w:type="spellEnd"/>
      <w:r w:rsidR="00000000">
        <w:rPr>
          <w:rFonts w:ascii="Aptos" w:eastAsia="Aptos" w:hAnsi="Aptos"/>
          <w:b w:val="0"/>
        </w:rPr>
        <w:t xml:space="preserve"> GSF ID</w:t>
      </w:r>
    </w:p>
    <w:p w14:paraId="5D7E2AE8" w14:textId="77777777" w:rsidR="009568FE" w:rsidRDefault="00000000">
      <w:pPr>
        <w:rPr>
          <w:rFonts w:hint="eastAsia"/>
        </w:rPr>
      </w:pPr>
      <w:r>
        <w:rPr>
          <w:rFonts w:eastAsia="Aptos"/>
        </w:rPr>
        <w:t xml:space="preserve">GSF ID = </w:t>
      </w:r>
      <w:r>
        <w:rPr>
          <w:rFonts w:eastAsia="Aptos"/>
          <w:b/>
        </w:rPr>
        <w:t>Google Services Framework Android ID</w:t>
      </w:r>
      <w:r>
        <w:rPr>
          <w:rFonts w:eastAsia="Aptos"/>
        </w:rPr>
        <w:t>.</w:t>
      </w:r>
    </w:p>
    <w:p w14:paraId="4C40F60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Именно этот идентификатор нужен для регистрации несертифицированного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-устройства.</w:t>
      </w:r>
    </w:p>
    <w:p w14:paraId="732A312B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Важно: это НЕ обычный </w:t>
      </w:r>
      <w:r>
        <w:rPr>
          <w:rFonts w:ascii="Aptos" w:eastAsia="Aptos" w:hAnsi="Aptos"/>
          <w:b w:val="0"/>
        </w:rPr>
        <w:t>Android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ID</w:t>
      </w:r>
    </w:p>
    <w:p w14:paraId="34AD304A" w14:textId="77777777" w:rsidR="009568FE" w:rsidRDefault="00000000">
      <w:pPr>
        <w:rPr>
          <w:rFonts w:hint="eastAsia"/>
        </w:rPr>
      </w:pPr>
      <w:proofErr w:type="spellStart"/>
      <w:r>
        <w:rPr>
          <w:rFonts w:eastAsia="Aptos"/>
        </w:rPr>
        <w:t>Команда</w:t>
      </w:r>
      <w:proofErr w:type="spellEnd"/>
      <w:r>
        <w:rPr>
          <w:rFonts w:eastAsia="Aptos"/>
        </w:rPr>
        <w:t>:</w:t>
      </w:r>
    </w:p>
    <w:p w14:paraId="73224F7C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settings get secure android_id</w:t>
      </w:r>
    </w:p>
    <w:p w14:paraId="065048A1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показывает другой идентификатор.</w:t>
      </w:r>
    </w:p>
    <w:p w14:paraId="50FEF04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регистрации нужен именно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>.</w:t>
      </w:r>
    </w:p>
    <w:p w14:paraId="5F549893" w14:textId="72690C1B" w:rsidR="009568FE" w:rsidRDefault="00F10D6F">
      <w:pPr>
        <w:pStyle w:val="1"/>
      </w:pPr>
      <w:r>
        <w:rPr>
          <w:rFonts w:ascii="Aptos" w:eastAsia="Aptos" w:hAnsi="Aptos"/>
          <w:b w:val="0"/>
        </w:rPr>
        <w:t>9</w:t>
      </w:r>
      <w:r w:rsidR="00000000">
        <w:rPr>
          <w:rFonts w:ascii="Aptos" w:eastAsia="Aptos" w:hAnsi="Aptos"/>
          <w:b w:val="0"/>
        </w:rPr>
        <w:t>.1. Сначала пробуем простой способ</w:t>
      </w:r>
    </w:p>
    <w:p w14:paraId="4B6E35D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content query --uri content://com.google.android.gsf.gservices --projection android_id</w:t>
      </w:r>
    </w:p>
    <w:p w14:paraId="5E153FC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получено значение — сохраните его.</w:t>
      </w:r>
    </w:p>
    <w:p w14:paraId="703D26C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этот способ может вернуть:</w:t>
      </w:r>
    </w:p>
    <w:p w14:paraId="7505D744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No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result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found</w:t>
      </w:r>
      <w:r w:rsidRPr="00475C72">
        <w:rPr>
          <w:rFonts w:eastAsia="Consolas"/>
          <w:lang w:val="ru-RU"/>
        </w:rPr>
        <w:t>.</w:t>
      </w:r>
    </w:p>
    <w:p w14:paraId="7C203B6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Это не означает, что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отсутствует.</w:t>
      </w:r>
    </w:p>
    <w:p w14:paraId="7B94717A" w14:textId="4C40A526" w:rsidR="009568FE" w:rsidRPr="00475C72" w:rsidRDefault="00F10D6F">
      <w:pPr>
        <w:pStyle w:val="1"/>
        <w:rPr>
          <w:lang w:val="ru-RU"/>
        </w:rPr>
      </w:pPr>
      <w:r>
        <w:rPr>
          <w:rFonts w:ascii="Aptos" w:eastAsia="Aptos" w:hAnsi="Aptos"/>
          <w:b w:val="0"/>
        </w:rPr>
        <w:t>9</w:t>
      </w:r>
      <w:r w:rsidR="00000000" w:rsidRPr="00475C72">
        <w:rPr>
          <w:rFonts w:ascii="Aptos" w:eastAsia="Aptos" w:hAnsi="Aptos"/>
          <w:b w:val="0"/>
          <w:lang w:val="ru-RU"/>
        </w:rPr>
        <w:t xml:space="preserve">.2. Проверяем базу </w:t>
      </w:r>
      <w:r w:rsidR="00000000">
        <w:rPr>
          <w:rFonts w:ascii="Aptos" w:eastAsia="Aptos" w:hAnsi="Aptos"/>
          <w:b w:val="0"/>
        </w:rPr>
        <w:t>GSF</w:t>
      </w:r>
    </w:p>
    <w:p w14:paraId="08D24E09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shell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ls</w:t>
      </w:r>
      <w:r w:rsidRPr="00475C72">
        <w:rPr>
          <w:rFonts w:eastAsia="Consolas"/>
          <w:lang w:val="ru-RU"/>
        </w:rPr>
        <w:t xml:space="preserve"> -</w:t>
      </w:r>
      <w:r>
        <w:rPr>
          <w:rFonts w:eastAsia="Consolas"/>
        </w:rPr>
        <w:t>l</w:t>
      </w:r>
      <w:r w:rsidRPr="00475C72">
        <w:rPr>
          <w:rFonts w:eastAsia="Consolas"/>
          <w:lang w:val="ru-RU"/>
        </w:rPr>
        <w:t xml:space="preserve"> /</w:t>
      </w:r>
      <w:r>
        <w:rPr>
          <w:rFonts w:eastAsia="Consolas"/>
        </w:rPr>
        <w:t>data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data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.</w:t>
      </w:r>
      <w:proofErr w:type="spellStart"/>
      <w:r>
        <w:rPr>
          <w:rFonts w:eastAsia="Consolas"/>
        </w:rPr>
        <w:t>gsf</w:t>
      </w:r>
      <w:proofErr w:type="spellEnd"/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databases</w:t>
      </w:r>
      <w:r w:rsidRPr="00475C72">
        <w:rPr>
          <w:rFonts w:eastAsia="Consolas"/>
          <w:lang w:val="ru-RU"/>
        </w:rPr>
        <w:t>/</w:t>
      </w:r>
    </w:p>
    <w:p w14:paraId="0708545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В списке нужен:</w:t>
      </w:r>
    </w:p>
    <w:p w14:paraId="659923E3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proofErr w:type="spellStart"/>
      <w:r>
        <w:rPr>
          <w:rFonts w:eastAsia="Consolas"/>
        </w:rPr>
        <w:t>gservices</w:t>
      </w:r>
      <w:proofErr w:type="spellEnd"/>
      <w:r w:rsidRPr="00475C72">
        <w:rPr>
          <w:rFonts w:eastAsia="Consolas"/>
          <w:lang w:val="ru-RU"/>
        </w:rPr>
        <w:t>.</w:t>
      </w:r>
      <w:proofErr w:type="spellStart"/>
      <w:r>
        <w:rPr>
          <w:rFonts w:eastAsia="Consolas"/>
        </w:rPr>
        <w:t>db</w:t>
      </w:r>
      <w:proofErr w:type="spellEnd"/>
    </w:p>
    <w:p w14:paraId="3F02ACD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Проверяем </w:t>
      </w:r>
      <w:proofErr w:type="spellStart"/>
      <w:r>
        <w:rPr>
          <w:rFonts w:eastAsia="Aptos"/>
        </w:rPr>
        <w:t>sqlite</w:t>
      </w:r>
      <w:proofErr w:type="spellEnd"/>
      <w:r w:rsidRPr="00475C72">
        <w:rPr>
          <w:rFonts w:eastAsia="Aptos"/>
          <w:lang w:val="ru-RU"/>
        </w:rPr>
        <w:t>3:</w:t>
      </w:r>
    </w:p>
    <w:p w14:paraId="64AD3A66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which sqlite3</w:t>
      </w:r>
    </w:p>
    <w:p w14:paraId="64A63EC8" w14:textId="77777777" w:rsidR="009568FE" w:rsidRDefault="00000000">
      <w:pPr>
        <w:rPr>
          <w:rFonts w:hint="eastAsia"/>
        </w:rPr>
      </w:pPr>
      <w:r>
        <w:rPr>
          <w:rFonts w:eastAsia="Aptos"/>
        </w:rPr>
        <w:t>На проверенной RealBox 4K:</w:t>
      </w:r>
    </w:p>
    <w:p w14:paraId="58C375CB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/system/xbin/sqlite3</w:t>
      </w:r>
    </w:p>
    <w:p w14:paraId="5D8ABF3E" w14:textId="67301F6D" w:rsidR="009568FE" w:rsidRDefault="00F10D6F">
      <w:pPr>
        <w:pStyle w:val="1"/>
      </w:pPr>
      <w:r>
        <w:rPr>
          <w:rFonts w:ascii="Aptos" w:eastAsia="Aptos" w:hAnsi="Aptos"/>
          <w:b w:val="0"/>
        </w:rPr>
        <w:t>9</w:t>
      </w:r>
      <w:r w:rsidR="00000000">
        <w:rPr>
          <w:rFonts w:ascii="Aptos" w:eastAsia="Aptos" w:hAnsi="Aptos"/>
          <w:b w:val="0"/>
        </w:rPr>
        <w:t>.3. Читаем ID из базы</w:t>
      </w:r>
    </w:p>
    <w:p w14:paraId="2ED786D7" w14:textId="77777777" w:rsidR="009568FE" w:rsidRDefault="00000000">
      <w:pPr>
        <w:rPr>
          <w:rFonts w:hint="eastAsia"/>
        </w:rPr>
      </w:pPr>
      <w:r>
        <w:rPr>
          <w:rFonts w:eastAsia="Aptos"/>
        </w:rPr>
        <w:t>В PowerShell:</w:t>
      </w:r>
    </w:p>
    <w:p w14:paraId="1D5CAD5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"select name,value from main where name='android_id';" | .\adb.exe shell sqlite3 /data/data/com.google.android.gsf/databases/gservices.db</w:t>
      </w:r>
    </w:p>
    <w:p w14:paraId="077398AA" w14:textId="77777777" w:rsidR="009568FE" w:rsidRDefault="00000000">
      <w:pPr>
        <w:rPr>
          <w:rFonts w:hint="eastAsia"/>
        </w:rPr>
      </w:pPr>
      <w:r>
        <w:rPr>
          <w:rFonts w:eastAsia="Aptos"/>
        </w:rPr>
        <w:t>Пример:</w:t>
      </w:r>
    </w:p>
    <w:p w14:paraId="78B456FE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android_id|1234567890123456789</w:t>
      </w:r>
    </w:p>
    <w:p w14:paraId="397A590B" w14:textId="77777777" w:rsidR="009568FE" w:rsidRDefault="00000000">
      <w:pPr>
        <w:rPr>
          <w:rFonts w:hint="eastAsia"/>
        </w:rPr>
      </w:pPr>
      <w:r>
        <w:rPr>
          <w:rFonts w:eastAsia="Aptos"/>
        </w:rPr>
        <w:t xml:space="preserve">Ваш GSF ID — только число после </w:t>
      </w:r>
      <w:r>
        <w:rPr>
          <w:rFonts w:ascii="Consolas" w:eastAsia="Consolas" w:hAnsi="Consolas"/>
          <w:color w:val="464646"/>
          <w:sz w:val="19"/>
        </w:rPr>
        <w:t>android_id|</w:t>
      </w:r>
      <w:r>
        <w:rPr>
          <w:rFonts w:eastAsia="Aptos"/>
        </w:rPr>
        <w:t>.</w:t>
      </w:r>
    </w:p>
    <w:p w14:paraId="25B6BDC2" w14:textId="77777777" w:rsidR="009568FE" w:rsidRDefault="009568FE">
      <w:pPr>
        <w:pBdr>
          <w:bottom w:val="single" w:sz="5" w:space="0" w:color="D9E2F3"/>
        </w:pBdr>
        <w:spacing w:before="100" w:after="100"/>
        <w:rPr>
          <w:rFonts w:hint="eastAsia"/>
        </w:rPr>
      </w:pPr>
    </w:p>
    <w:p w14:paraId="6E9A8F3E" w14:textId="7B8A28BD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lastRenderedPageBreak/>
        <w:t>1</w:t>
      </w:r>
      <w:r w:rsidR="00F10D6F" w:rsidRPr="00F10D6F">
        <w:rPr>
          <w:rFonts w:ascii="Aptos" w:eastAsia="Aptos" w:hAnsi="Aptos"/>
          <w:b w:val="0"/>
          <w:lang w:val="ru-RU"/>
        </w:rPr>
        <w:t>0</w:t>
      </w:r>
      <w:r w:rsidRPr="00475C72">
        <w:rPr>
          <w:rFonts w:ascii="Aptos" w:eastAsia="Aptos" w:hAnsi="Aptos"/>
          <w:b w:val="0"/>
          <w:lang w:val="ru-RU"/>
        </w:rPr>
        <w:t xml:space="preserve">. Как перевести </w:t>
      </w:r>
      <w:r>
        <w:rPr>
          <w:rFonts w:ascii="Aptos" w:eastAsia="Aptos" w:hAnsi="Aptos"/>
          <w:b w:val="0"/>
        </w:rPr>
        <w:t>GSF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ID</w:t>
      </w:r>
      <w:r w:rsidRPr="00475C72">
        <w:rPr>
          <w:rFonts w:ascii="Aptos" w:eastAsia="Aptos" w:hAnsi="Aptos"/>
          <w:b w:val="0"/>
          <w:lang w:val="ru-RU"/>
        </w:rPr>
        <w:t xml:space="preserve"> в </w:t>
      </w:r>
      <w:r>
        <w:rPr>
          <w:rFonts w:ascii="Aptos" w:eastAsia="Aptos" w:hAnsi="Aptos"/>
          <w:b w:val="0"/>
        </w:rPr>
        <w:t>HEX</w:t>
      </w:r>
    </w:p>
    <w:p w14:paraId="3A76409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Предположим, получено:</w:t>
      </w:r>
    </w:p>
    <w:p w14:paraId="65981567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1234567890123456789</w:t>
      </w:r>
    </w:p>
    <w:p w14:paraId="1679EDA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В </w:t>
      </w:r>
      <w:r>
        <w:rPr>
          <w:rFonts w:eastAsia="Aptos"/>
        </w:rPr>
        <w:t>PowerShell</w:t>
      </w:r>
      <w:r w:rsidRPr="00475C72">
        <w:rPr>
          <w:rFonts w:eastAsia="Aptos"/>
          <w:lang w:val="ru-RU"/>
        </w:rPr>
        <w:t>:</w:t>
      </w:r>
    </w:p>
    <w:p w14:paraId="5E9E11D4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$</w:t>
      </w:r>
      <w:proofErr w:type="spellStart"/>
      <w:r>
        <w:rPr>
          <w:rFonts w:eastAsia="Consolas"/>
        </w:rPr>
        <w:t>gsf</w:t>
      </w:r>
      <w:proofErr w:type="spellEnd"/>
      <w:r w:rsidRPr="00475C72">
        <w:rPr>
          <w:rFonts w:eastAsia="Consolas"/>
          <w:lang w:val="ru-RU"/>
        </w:rPr>
        <w:t xml:space="preserve"> = [</w:t>
      </w:r>
      <w:r>
        <w:rPr>
          <w:rFonts w:eastAsia="Consolas"/>
        </w:rPr>
        <w:t>Int</w:t>
      </w:r>
      <w:r w:rsidRPr="00475C72">
        <w:rPr>
          <w:rFonts w:eastAsia="Consolas"/>
          <w:lang w:val="ru-RU"/>
        </w:rPr>
        <w:t>64]1234567890123456789</w:t>
      </w:r>
      <w:r w:rsidRPr="00475C72">
        <w:rPr>
          <w:rFonts w:eastAsia="Consolas"/>
          <w:lang w:val="ru-RU"/>
        </w:rPr>
        <w:br/>
        <w:t>"{0:</w:t>
      </w:r>
      <w:r>
        <w:rPr>
          <w:rFonts w:eastAsia="Consolas"/>
        </w:rPr>
        <w:t>x</w:t>
      </w:r>
      <w:r w:rsidRPr="00475C72">
        <w:rPr>
          <w:rFonts w:eastAsia="Consolas"/>
          <w:lang w:val="ru-RU"/>
        </w:rPr>
        <w:t>16}" -</w:t>
      </w:r>
      <w:r>
        <w:rPr>
          <w:rFonts w:eastAsia="Consolas"/>
        </w:rPr>
        <w:t>f</w:t>
      </w:r>
      <w:r w:rsidRPr="00475C72">
        <w:rPr>
          <w:rFonts w:eastAsia="Consolas"/>
          <w:lang w:val="ru-RU"/>
        </w:rPr>
        <w:t xml:space="preserve"> $</w:t>
      </w:r>
      <w:proofErr w:type="spellStart"/>
      <w:r>
        <w:rPr>
          <w:rFonts w:eastAsia="Consolas"/>
        </w:rPr>
        <w:t>gsf</w:t>
      </w:r>
      <w:proofErr w:type="spellEnd"/>
    </w:p>
    <w:p w14:paraId="711ED1C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Получится строка вида:</w:t>
      </w:r>
    </w:p>
    <w:p w14:paraId="46627803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112210</w:t>
      </w:r>
      <w:r>
        <w:rPr>
          <w:rFonts w:eastAsia="Consolas"/>
        </w:rPr>
        <w:t>f</w:t>
      </w:r>
      <w:r w:rsidRPr="00475C72">
        <w:rPr>
          <w:rFonts w:eastAsia="Consolas"/>
          <w:lang w:val="ru-RU"/>
        </w:rPr>
        <w:t>47</w:t>
      </w:r>
      <w:r>
        <w:rPr>
          <w:rFonts w:eastAsia="Consolas"/>
        </w:rPr>
        <w:t>de</w:t>
      </w:r>
      <w:r w:rsidRPr="00475C72">
        <w:rPr>
          <w:rFonts w:eastAsia="Consolas"/>
          <w:lang w:val="ru-RU"/>
        </w:rPr>
        <w:t>98115</w:t>
      </w:r>
    </w:p>
    <w:p w14:paraId="4AA2F84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Это </w:t>
      </w:r>
      <w:r>
        <w:rPr>
          <w:rFonts w:eastAsia="Aptos"/>
        </w:rPr>
        <w:t>HEX</w:t>
      </w:r>
      <w:r w:rsidRPr="00475C72">
        <w:rPr>
          <w:rFonts w:eastAsia="Aptos"/>
          <w:lang w:val="ru-RU"/>
        </w:rPr>
        <w:t xml:space="preserve">-вариант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>.</w:t>
      </w:r>
    </w:p>
    <w:p w14:paraId="691AEEC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Не добавляйте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0</w:t>
      </w:r>
      <w:r>
        <w:rPr>
          <w:rFonts w:ascii="Consolas" w:eastAsia="Consolas" w:hAnsi="Consolas"/>
          <w:color w:val="464646"/>
          <w:sz w:val="19"/>
        </w:rPr>
        <w:t>x</w:t>
      </w:r>
      <w:r w:rsidRPr="00475C72">
        <w:rPr>
          <w:rFonts w:eastAsia="Aptos"/>
          <w:lang w:val="ru-RU"/>
        </w:rPr>
        <w:t>.</w:t>
      </w:r>
    </w:p>
    <w:p w14:paraId="4946B988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39487890" w14:textId="6F4D6569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>
        <w:rPr>
          <w:rFonts w:ascii="Aptos" w:eastAsia="Aptos" w:hAnsi="Aptos"/>
          <w:b w:val="0"/>
        </w:rPr>
        <w:t>1</w:t>
      </w:r>
      <w:r w:rsidRPr="00475C72">
        <w:rPr>
          <w:rFonts w:ascii="Aptos" w:eastAsia="Aptos" w:hAnsi="Aptos"/>
          <w:b w:val="0"/>
          <w:lang w:val="ru-RU"/>
        </w:rPr>
        <w:t xml:space="preserve">. Как зарегистрировать приставку у </w:t>
      </w:r>
      <w:r>
        <w:rPr>
          <w:rFonts w:ascii="Aptos" w:eastAsia="Aptos" w:hAnsi="Aptos"/>
          <w:b w:val="0"/>
        </w:rPr>
        <w:t>Google</w:t>
      </w:r>
    </w:p>
    <w:p w14:paraId="2C46043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Откройте официальный сайт:</w:t>
      </w:r>
    </w:p>
    <w:p w14:paraId="151C1B35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www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uncertified</w:t>
      </w:r>
      <w:r w:rsidRPr="00475C72">
        <w:rPr>
          <w:rFonts w:eastAsia="Consolas"/>
          <w:lang w:val="ru-RU"/>
        </w:rPr>
        <w:t>/</w:t>
      </w:r>
    </w:p>
    <w:p w14:paraId="724C6B56" w14:textId="77777777" w:rsidR="009568FE" w:rsidRDefault="00000000">
      <w:pPr>
        <w:rPr>
          <w:rFonts w:hint="eastAsia"/>
        </w:rPr>
      </w:pPr>
      <w:r>
        <w:rPr>
          <w:rFonts w:eastAsia="Aptos"/>
        </w:rPr>
        <w:t>Порядок:</w:t>
      </w:r>
    </w:p>
    <w:p w14:paraId="78BEAD16" w14:textId="77777777" w:rsidR="009568FE" w:rsidRPr="00475C72" w:rsidRDefault="00000000">
      <w:pPr>
        <w:pStyle w:val="a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Войдите в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>-аккаунт, который хотите использовать на приставке.</w:t>
      </w:r>
    </w:p>
    <w:p w14:paraId="46032618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Найдите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поле</w:t>
      </w:r>
      <w:proofErr w:type="spellEnd"/>
      <w:r>
        <w:rPr>
          <w:rFonts w:eastAsia="Aptos"/>
        </w:rPr>
        <w:t xml:space="preserve"> </w:t>
      </w:r>
      <w:r>
        <w:rPr>
          <w:rFonts w:eastAsia="Aptos"/>
          <w:b/>
        </w:rPr>
        <w:t>Google Services Framework Android ID</w:t>
      </w:r>
      <w:r>
        <w:rPr>
          <w:rFonts w:eastAsia="Aptos"/>
        </w:rPr>
        <w:t>.</w:t>
      </w:r>
    </w:p>
    <w:p w14:paraId="01D93F5D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Вставьте HEX ID.</w:t>
      </w:r>
    </w:p>
    <w:p w14:paraId="066081B2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 xml:space="preserve">Нажмите </w:t>
      </w:r>
      <w:r>
        <w:rPr>
          <w:rFonts w:eastAsia="Aptos"/>
          <w:b/>
        </w:rPr>
        <w:t>Register / Регистрация</w:t>
      </w:r>
      <w:r>
        <w:rPr>
          <w:rFonts w:eastAsia="Aptos"/>
        </w:rPr>
        <w:t>.</w:t>
      </w:r>
    </w:p>
    <w:p w14:paraId="3F5C31E7" w14:textId="77777777" w:rsidR="009568FE" w:rsidRDefault="00000000">
      <w:pPr>
        <w:rPr>
          <w:rFonts w:hint="eastAsia"/>
        </w:rPr>
      </w:pPr>
      <w:r>
        <w:rPr>
          <w:rFonts w:eastAsia="Aptos"/>
        </w:rPr>
        <w:t>Возможные ответы:</w:t>
      </w:r>
    </w:p>
    <w:p w14:paraId="4EF34A24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регистрация прошла — отлично;</w:t>
      </w:r>
    </w:p>
    <w:p w14:paraId="667032D3" w14:textId="77777777" w:rsidR="009568FE" w:rsidRPr="00475C72" w:rsidRDefault="00000000">
      <w:pPr>
        <w:pStyle w:val="a0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«идентификатор уже зарегистрирован» — это нормально;</w:t>
      </w:r>
    </w:p>
    <w:p w14:paraId="795AAA22" w14:textId="77777777" w:rsidR="009568FE" w:rsidRPr="00475C72" w:rsidRDefault="00000000">
      <w:pPr>
        <w:pStyle w:val="a0"/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«неверный формат» — проверьте, что введён именно </w:t>
      </w:r>
      <w:r>
        <w:rPr>
          <w:rFonts w:eastAsia="Aptos"/>
        </w:rPr>
        <w:t>HEX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без 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0</w:t>
      </w:r>
      <w:r>
        <w:rPr>
          <w:rFonts w:ascii="Consolas" w:eastAsia="Consolas" w:hAnsi="Consolas"/>
          <w:color w:val="464646"/>
          <w:sz w:val="19"/>
        </w:rPr>
        <w:t>x</w:t>
      </w:r>
      <w:r w:rsidRPr="00475C72">
        <w:rPr>
          <w:rFonts w:eastAsia="Aptos"/>
          <w:lang w:val="ru-RU"/>
        </w:rPr>
        <w:t xml:space="preserve">, пробелов и </w:t>
      </w:r>
      <w:r>
        <w:rPr>
          <w:rFonts w:ascii="Consolas" w:eastAsia="Consolas" w:hAnsi="Consolas"/>
          <w:color w:val="464646"/>
          <w:sz w:val="19"/>
        </w:rPr>
        <w:t>android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_</w:t>
      </w:r>
      <w:r>
        <w:rPr>
          <w:rFonts w:ascii="Consolas" w:eastAsia="Consolas" w:hAnsi="Consolas"/>
          <w:color w:val="464646"/>
          <w:sz w:val="19"/>
        </w:rPr>
        <w:t>id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|</w:t>
      </w:r>
      <w:r w:rsidRPr="00475C72">
        <w:rPr>
          <w:rFonts w:eastAsia="Aptos"/>
          <w:lang w:val="ru-RU"/>
        </w:rPr>
        <w:t>.</w:t>
      </w:r>
    </w:p>
    <w:p w14:paraId="263DC04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Не публикуйте свой реальный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на форумах.</w:t>
      </w:r>
    </w:p>
    <w:p w14:paraId="2A0558A7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2A26CCBF" w14:textId="18F0564A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 w:rsidRPr="00F10D6F">
        <w:rPr>
          <w:rFonts w:ascii="Aptos" w:eastAsia="Aptos" w:hAnsi="Aptos"/>
          <w:b w:val="0"/>
          <w:lang w:val="ru-RU"/>
        </w:rPr>
        <w:t>2</w:t>
      </w:r>
      <w:r w:rsidRPr="00475C72">
        <w:rPr>
          <w:rFonts w:ascii="Aptos" w:eastAsia="Aptos" w:hAnsi="Aptos"/>
          <w:b w:val="0"/>
          <w:lang w:val="ru-RU"/>
        </w:rPr>
        <w:t>. Что сделать на приставке после регистрации</w:t>
      </w:r>
    </w:p>
    <w:p w14:paraId="2D89793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Сначала мягко перезапустим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>-службы:</w:t>
      </w:r>
    </w:p>
    <w:p w14:paraId="0DFB941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 xml:space="preserve">.\adb.exe shell am force-stop </w:t>
      </w:r>
      <w:proofErr w:type="gramStart"/>
      <w:r>
        <w:rPr>
          <w:rFonts w:eastAsia="Consolas"/>
        </w:rPr>
        <w:t>com.android</w:t>
      </w:r>
      <w:proofErr w:type="gramEnd"/>
      <w:r>
        <w:rPr>
          <w:rFonts w:eastAsia="Consolas"/>
        </w:rPr>
        <w:t>.vending</w:t>
      </w:r>
      <w:r>
        <w:rPr>
          <w:rFonts w:eastAsia="Consolas"/>
        </w:rPr>
        <w:br/>
        <w:t>.\adb.exe shell am force-stop com.google.android.gms</w:t>
      </w:r>
      <w:r>
        <w:rPr>
          <w:rFonts w:eastAsia="Consolas"/>
        </w:rPr>
        <w:br/>
        <w:t>.\adb.exe shell am force-stop com.google.android.gsf</w:t>
      </w:r>
    </w:p>
    <w:p w14:paraId="076DD64F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Эти команды не удаляют данные.</w:t>
      </w:r>
    </w:p>
    <w:p w14:paraId="1BC349E7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После этого </w:t>
      </w:r>
      <w:r w:rsidRPr="00475C72">
        <w:rPr>
          <w:rFonts w:eastAsia="Aptos"/>
          <w:b/>
          <w:lang w:val="ru-RU"/>
        </w:rPr>
        <w:t xml:space="preserve">штатно перезагрузите </w:t>
      </w:r>
      <w:r>
        <w:rPr>
          <w:rFonts w:eastAsia="Aptos"/>
          <w:b/>
        </w:rPr>
        <w:t>Dune</w:t>
      </w:r>
      <w:r w:rsidRPr="00475C72">
        <w:rPr>
          <w:rFonts w:eastAsia="Aptos"/>
          <w:b/>
          <w:lang w:val="ru-RU"/>
        </w:rPr>
        <w:t xml:space="preserve"> через меню</w:t>
      </w:r>
      <w:r w:rsidRPr="00475C72">
        <w:rPr>
          <w:rFonts w:eastAsia="Aptos"/>
          <w:lang w:val="ru-RU"/>
        </w:rPr>
        <w:t>.</w:t>
      </w:r>
    </w:p>
    <w:p w14:paraId="2DF6D50C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После загрузки подождите 1–2 минуты и откройте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>.</w:t>
      </w:r>
    </w:p>
    <w:p w14:paraId="7157F4B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lastRenderedPageBreak/>
        <w:t>Попробуйте выполнить вход.</w:t>
      </w:r>
    </w:p>
    <w:p w14:paraId="56530124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495FAFFF" w14:textId="2D72EEFA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 w:rsidRPr="00F10D6F">
        <w:rPr>
          <w:rFonts w:ascii="Aptos" w:eastAsia="Aptos" w:hAnsi="Aptos"/>
          <w:b w:val="0"/>
          <w:lang w:val="ru-RU"/>
        </w:rPr>
        <w:t>3</w:t>
      </w:r>
      <w:r w:rsidRPr="00475C72">
        <w:rPr>
          <w:rFonts w:ascii="Aptos" w:eastAsia="Aptos" w:hAnsi="Aptos"/>
          <w:b w:val="0"/>
          <w:lang w:val="ru-RU"/>
        </w:rPr>
        <w:t xml:space="preserve">. Если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>-аккаунт всё ещё не входит</w:t>
      </w:r>
    </w:p>
    <w:p w14:paraId="76EFB561" w14:textId="77777777" w:rsidR="009568FE" w:rsidRDefault="00000000">
      <w:pPr>
        <w:rPr>
          <w:rFonts w:hint="eastAsia"/>
        </w:rPr>
      </w:pPr>
      <w:proofErr w:type="spellStart"/>
      <w:r>
        <w:rPr>
          <w:rFonts w:eastAsia="Aptos"/>
        </w:rPr>
        <w:t>Проверьте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аккаунты</w:t>
      </w:r>
      <w:proofErr w:type="spellEnd"/>
      <w:r>
        <w:rPr>
          <w:rFonts w:eastAsia="Aptos"/>
        </w:rPr>
        <w:t>:</w:t>
      </w:r>
    </w:p>
    <w:p w14:paraId="650E5215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dumpsys account</w:t>
      </w:r>
    </w:p>
    <w:p w14:paraId="716FD59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Ищите:</w:t>
      </w:r>
    </w:p>
    <w:p w14:paraId="6A627D50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type</w:t>
      </w:r>
      <w:r w:rsidRPr="00475C72">
        <w:rPr>
          <w:rFonts w:eastAsia="Consolas"/>
          <w:lang w:val="ru-RU"/>
        </w:rPr>
        <w:t>=</w:t>
      </w:r>
      <w:proofErr w:type="gramStart"/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google</w:t>
      </w:r>
      <w:proofErr w:type="gramEnd"/>
    </w:p>
    <w:p w14:paraId="5F6E5661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-аккаунт уже есть, старая запись может содержать недействительные </w:t>
      </w:r>
      <w:r>
        <w:rPr>
          <w:rFonts w:eastAsia="Aptos"/>
        </w:rPr>
        <w:t>credentials</w:t>
      </w:r>
      <w:r w:rsidRPr="00475C72">
        <w:rPr>
          <w:rFonts w:eastAsia="Aptos"/>
          <w:lang w:val="ru-RU"/>
        </w:rPr>
        <w:t>.</w:t>
      </w:r>
    </w:p>
    <w:p w14:paraId="26F4ABC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b/>
          <w:lang w:val="ru-RU"/>
        </w:rPr>
        <w:t xml:space="preserve">После регистрации </w:t>
      </w:r>
      <w:r>
        <w:rPr>
          <w:rFonts w:eastAsia="Aptos"/>
          <w:b/>
        </w:rPr>
        <w:t>GSF</w:t>
      </w:r>
      <w:r w:rsidRPr="00475C72">
        <w:rPr>
          <w:rFonts w:eastAsia="Aptos"/>
          <w:b/>
          <w:lang w:val="ru-RU"/>
        </w:rPr>
        <w:t xml:space="preserve"> </w:t>
      </w:r>
      <w:r>
        <w:rPr>
          <w:rFonts w:eastAsia="Aptos"/>
          <w:b/>
        </w:rPr>
        <w:t>ID</w:t>
      </w:r>
      <w:r w:rsidRPr="00475C72">
        <w:rPr>
          <w:rFonts w:eastAsia="Aptos"/>
          <w:lang w:val="ru-RU"/>
        </w:rPr>
        <w:t xml:space="preserve"> можно:</w:t>
      </w:r>
    </w:p>
    <w:p w14:paraId="136F5B72" w14:textId="77777777" w:rsidR="009568FE" w:rsidRDefault="00000000">
      <w:pPr>
        <w:pStyle w:val="a"/>
        <w:rPr>
          <w:rFonts w:hint="eastAsia"/>
        </w:rPr>
      </w:pPr>
      <w:proofErr w:type="spellStart"/>
      <w:r>
        <w:rPr>
          <w:rFonts w:eastAsia="Aptos"/>
        </w:rPr>
        <w:t>открыть</w:t>
      </w:r>
      <w:proofErr w:type="spellEnd"/>
      <w:r>
        <w:rPr>
          <w:rFonts w:eastAsia="Aptos"/>
        </w:rPr>
        <w:t xml:space="preserve"> </w:t>
      </w:r>
      <w:proofErr w:type="spellStart"/>
      <w:r>
        <w:rPr>
          <w:rFonts w:eastAsia="Aptos"/>
        </w:rPr>
        <w:t>настройки</w:t>
      </w:r>
      <w:proofErr w:type="spellEnd"/>
      <w:r>
        <w:rPr>
          <w:rFonts w:eastAsia="Aptos"/>
        </w:rPr>
        <w:t xml:space="preserve"> Android;</w:t>
      </w:r>
    </w:p>
    <w:p w14:paraId="3213EFF1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 xml:space="preserve">открыть </w:t>
      </w:r>
      <w:r>
        <w:rPr>
          <w:rFonts w:ascii="Consolas" w:eastAsia="Consolas" w:hAnsi="Consolas"/>
          <w:color w:val="464646"/>
          <w:sz w:val="19"/>
        </w:rPr>
        <w:t>Accounts / Аккаунты</w:t>
      </w:r>
      <w:r>
        <w:rPr>
          <w:rFonts w:eastAsia="Aptos"/>
        </w:rPr>
        <w:t>;</w:t>
      </w:r>
    </w:p>
    <w:p w14:paraId="41E8CDFD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выбрать Google;</w:t>
      </w:r>
    </w:p>
    <w:p w14:paraId="1B3329CB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удалить Google-аккаунт;</w:t>
      </w:r>
    </w:p>
    <w:p w14:paraId="14D72425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штатно перезагрузить приставку;</w:t>
      </w:r>
    </w:p>
    <w:p w14:paraId="1C92594A" w14:textId="77777777" w:rsidR="009568FE" w:rsidRDefault="00000000">
      <w:pPr>
        <w:pStyle w:val="a"/>
        <w:rPr>
          <w:rFonts w:hint="eastAsia"/>
        </w:rPr>
      </w:pPr>
      <w:r>
        <w:rPr>
          <w:rFonts w:eastAsia="Aptos"/>
        </w:rPr>
        <w:t>добавить Google-аккаунт заново.</w:t>
      </w:r>
    </w:p>
    <w:p w14:paraId="3578280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Перед удалением убедитесь, что знаете пароль и имеете доступ к двухфакторной аутентификации.</w:t>
      </w:r>
    </w:p>
    <w:p w14:paraId="5DA54F17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29D8136D" w14:textId="0D82871E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>
        <w:rPr>
          <w:rFonts w:ascii="Aptos" w:eastAsia="Aptos" w:hAnsi="Aptos"/>
          <w:b w:val="0"/>
        </w:rPr>
        <w:t>4</w:t>
      </w:r>
      <w:r w:rsidRPr="00475C72">
        <w:rPr>
          <w:rFonts w:ascii="Aptos" w:eastAsia="Aptos" w:hAnsi="Aptos"/>
          <w:b w:val="0"/>
          <w:lang w:val="ru-RU"/>
        </w:rPr>
        <w:t>. Как проверить, что всё заработало</w:t>
      </w:r>
    </w:p>
    <w:p w14:paraId="616E0FEB" w14:textId="77777777" w:rsidR="009568FE" w:rsidRPr="00475C72" w:rsidRDefault="00000000">
      <w:pPr>
        <w:rPr>
          <w:rFonts w:hint="eastAsia"/>
          <w:lang w:val="ru-RU"/>
        </w:rPr>
      </w:pP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 xml:space="preserve"> должен:</w:t>
      </w:r>
    </w:p>
    <w:p w14:paraId="5665839C" w14:textId="77777777" w:rsidR="009568FE" w:rsidRDefault="00000000">
      <w:pPr>
        <w:pStyle w:val="a0"/>
        <w:rPr>
          <w:rFonts w:hint="eastAsia"/>
        </w:rPr>
      </w:pPr>
      <w:proofErr w:type="spellStart"/>
      <w:r>
        <w:rPr>
          <w:rFonts w:eastAsia="Aptos"/>
        </w:rPr>
        <w:t>открываться</w:t>
      </w:r>
      <w:proofErr w:type="spellEnd"/>
      <w:r>
        <w:rPr>
          <w:rFonts w:eastAsia="Aptos"/>
        </w:rPr>
        <w:t>;</w:t>
      </w:r>
    </w:p>
    <w:p w14:paraId="0F76DE54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принимать Google-аккаунт;</w:t>
      </w:r>
    </w:p>
    <w:p w14:paraId="5E3BEA25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показывать каталог;</w:t>
      </w:r>
    </w:p>
    <w:p w14:paraId="3B927F09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позволять искать приложения;</w:t>
      </w:r>
    </w:p>
    <w:p w14:paraId="7E203DD4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устанавливать новые приложения.</w:t>
      </w:r>
    </w:p>
    <w:p w14:paraId="35F0EBBF" w14:textId="77777777" w:rsidR="009568FE" w:rsidRDefault="00000000">
      <w:pPr>
        <w:rPr>
          <w:rFonts w:hint="eastAsia"/>
        </w:rPr>
      </w:pPr>
      <w:r>
        <w:rPr>
          <w:rFonts w:eastAsia="Aptos"/>
        </w:rPr>
        <w:t>Проверка пакета:</w:t>
      </w:r>
    </w:p>
    <w:p w14:paraId="7690D06E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dumpsys package com.android.vending | Select-String "User 0:"</w:t>
      </w:r>
    </w:p>
    <w:p w14:paraId="2C99083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Нормально:</w:t>
      </w:r>
    </w:p>
    <w:p w14:paraId="05DC1FF0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installed</w:t>
      </w:r>
      <w:r w:rsidRPr="00475C72">
        <w:rPr>
          <w:rFonts w:eastAsia="Consolas"/>
          <w:lang w:val="ru-RU"/>
        </w:rPr>
        <w:t>=</w:t>
      </w:r>
      <w:r>
        <w:rPr>
          <w:rFonts w:eastAsia="Consolas"/>
        </w:rPr>
        <w:t>true</w:t>
      </w:r>
    </w:p>
    <w:p w14:paraId="68C1EF6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Проверить путь:</w:t>
      </w:r>
    </w:p>
    <w:p w14:paraId="73098174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 xml:space="preserve">.\adb.exe shell pm path </w:t>
      </w:r>
      <w:proofErr w:type="gramStart"/>
      <w:r>
        <w:rPr>
          <w:rFonts w:eastAsia="Consolas"/>
        </w:rPr>
        <w:t>com.android</w:t>
      </w:r>
      <w:proofErr w:type="gramEnd"/>
      <w:r>
        <w:rPr>
          <w:rFonts w:eastAsia="Consolas"/>
        </w:rPr>
        <w:t>.vending</w:t>
      </w:r>
    </w:p>
    <w:p w14:paraId="4EB82CD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системная версия может находиться:</w:t>
      </w:r>
    </w:p>
    <w:p w14:paraId="0A9CE496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package:/system/</w:t>
      </w:r>
      <w:proofErr w:type="spellStart"/>
      <w:r>
        <w:rPr>
          <w:rFonts w:eastAsia="Consolas"/>
        </w:rPr>
        <w:t>priv</w:t>
      </w:r>
      <w:proofErr w:type="spellEnd"/>
      <w:r>
        <w:rPr>
          <w:rFonts w:eastAsia="Consolas"/>
        </w:rPr>
        <w:t>-app/</w:t>
      </w:r>
      <w:proofErr w:type="spellStart"/>
      <w:r>
        <w:rPr>
          <w:rFonts w:eastAsia="Consolas"/>
        </w:rPr>
        <w:t>Phonesky</w:t>
      </w:r>
      <w:proofErr w:type="spellEnd"/>
      <w:r>
        <w:rPr>
          <w:rFonts w:eastAsia="Consolas"/>
        </w:rPr>
        <w:t>/</w:t>
      </w:r>
      <w:proofErr w:type="spellStart"/>
      <w:r>
        <w:rPr>
          <w:rFonts w:eastAsia="Consolas"/>
        </w:rPr>
        <w:t>Phonesky.apk</w:t>
      </w:r>
      <w:proofErr w:type="spellEnd"/>
    </w:p>
    <w:p w14:paraId="3FFA15F9" w14:textId="77777777" w:rsidR="009568FE" w:rsidRDefault="009568FE">
      <w:pPr>
        <w:pBdr>
          <w:bottom w:val="single" w:sz="5" w:space="0" w:color="D9E2F3"/>
        </w:pBdr>
        <w:spacing w:before="100" w:after="100"/>
        <w:rPr>
          <w:rFonts w:hint="eastAsia"/>
        </w:rPr>
      </w:pPr>
    </w:p>
    <w:p w14:paraId="7829D63C" w14:textId="2DD99579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lastRenderedPageBreak/>
        <w:t>1</w:t>
      </w:r>
      <w:r w:rsidR="00F10D6F">
        <w:rPr>
          <w:rFonts w:ascii="Aptos" w:eastAsia="Aptos" w:hAnsi="Aptos"/>
          <w:b w:val="0"/>
        </w:rPr>
        <w:t>5</w:t>
      </w:r>
      <w:r w:rsidRPr="00475C72">
        <w:rPr>
          <w:rFonts w:ascii="Aptos" w:eastAsia="Aptos" w:hAnsi="Aptos"/>
          <w:b w:val="0"/>
          <w:lang w:val="ru-RU"/>
        </w:rPr>
        <w:t xml:space="preserve">. Если </w:t>
      </w:r>
      <w:r>
        <w:rPr>
          <w:rFonts w:ascii="Aptos" w:eastAsia="Aptos" w:hAnsi="Aptos"/>
          <w:b w:val="0"/>
        </w:rPr>
        <w:t>ADB</w:t>
      </w:r>
      <w:r w:rsidRPr="00475C72">
        <w:rPr>
          <w:rFonts w:ascii="Aptos" w:eastAsia="Aptos" w:hAnsi="Aptos"/>
          <w:b w:val="0"/>
          <w:lang w:val="ru-RU"/>
        </w:rPr>
        <w:t xml:space="preserve"> не подключается</w:t>
      </w:r>
    </w:p>
    <w:p w14:paraId="780CA166" w14:textId="77777777" w:rsidR="009568FE" w:rsidRPr="00475C72" w:rsidRDefault="00000000">
      <w:pPr>
        <w:pStyle w:val="1"/>
        <w:rPr>
          <w:lang w:val="ru-RU"/>
        </w:rPr>
      </w:pP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Aptos" w:eastAsia="Aptos" w:hAnsi="Aptos"/>
          <w:b w:val="0"/>
          <w:lang w:val="ru-RU"/>
        </w:rPr>
        <w:t xml:space="preserve"> не найден</w:t>
      </w:r>
    </w:p>
    <w:p w14:paraId="1798AB9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Используйте:</w:t>
      </w:r>
    </w:p>
    <w:p w14:paraId="56FB51C3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</w:p>
    <w:p w14:paraId="027C8F7E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и убедитесь, что </w:t>
      </w:r>
      <w:r>
        <w:rPr>
          <w:rFonts w:eastAsia="Aptos"/>
        </w:rPr>
        <w:t>PowerShell</w:t>
      </w:r>
      <w:r w:rsidRPr="00475C72">
        <w:rPr>
          <w:rFonts w:eastAsia="Aptos"/>
          <w:lang w:val="ru-RU"/>
        </w:rPr>
        <w:t xml:space="preserve"> открыт в </w:t>
      </w:r>
      <w:r>
        <w:rPr>
          <w:rFonts w:ascii="Consolas" w:eastAsia="Consolas" w:hAnsi="Consolas"/>
          <w:color w:val="464646"/>
          <w:sz w:val="19"/>
        </w:rPr>
        <w:t>C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:\</w:t>
      </w:r>
      <w:r>
        <w:rPr>
          <w:rFonts w:ascii="Consolas" w:eastAsia="Consolas" w:hAnsi="Consolas"/>
          <w:color w:val="464646"/>
          <w:sz w:val="19"/>
        </w:rPr>
        <w:t>ADB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\</w:t>
      </w:r>
      <w:r>
        <w:rPr>
          <w:rFonts w:ascii="Consolas" w:eastAsia="Consolas" w:hAnsi="Consolas"/>
          <w:color w:val="464646"/>
          <w:sz w:val="19"/>
        </w:rPr>
        <w:t>platform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-</w:t>
      </w:r>
      <w:r>
        <w:rPr>
          <w:rFonts w:ascii="Consolas" w:eastAsia="Consolas" w:hAnsi="Consolas"/>
          <w:color w:val="464646"/>
          <w:sz w:val="19"/>
        </w:rPr>
        <w:t>tools</w:t>
      </w:r>
      <w:r w:rsidRPr="00475C72">
        <w:rPr>
          <w:rFonts w:eastAsia="Aptos"/>
          <w:lang w:val="ru-RU"/>
        </w:rPr>
        <w:t>.</w:t>
      </w:r>
    </w:p>
    <w:p w14:paraId="7F998C97" w14:textId="77777777" w:rsidR="009568FE" w:rsidRDefault="00000000">
      <w:pPr>
        <w:pStyle w:val="1"/>
      </w:pPr>
      <w:r>
        <w:rPr>
          <w:rFonts w:ascii="Consolas" w:eastAsia="Consolas" w:hAnsi="Consolas"/>
          <w:color w:val="464646"/>
          <w:sz w:val="19"/>
        </w:rPr>
        <w:t>connection refused</w:t>
      </w:r>
    </w:p>
    <w:p w14:paraId="40B3896C" w14:textId="77777777" w:rsidR="009568FE" w:rsidRDefault="00000000">
      <w:pPr>
        <w:rPr>
          <w:rFonts w:hint="eastAsia"/>
        </w:rPr>
      </w:pPr>
      <w:r>
        <w:rPr>
          <w:rFonts w:eastAsia="Aptos"/>
        </w:rPr>
        <w:t>Проверьте:</w:t>
      </w:r>
    </w:p>
    <w:p w14:paraId="42ABDBDC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включены Developer settings;</w:t>
      </w:r>
    </w:p>
    <w:p w14:paraId="561E68C7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включён USB debugging;</w:t>
      </w:r>
    </w:p>
    <w:p w14:paraId="67A67CAC" w14:textId="77777777" w:rsidR="009568FE" w:rsidRDefault="00000000">
      <w:pPr>
        <w:pStyle w:val="a0"/>
        <w:rPr>
          <w:rFonts w:hint="eastAsia"/>
        </w:rPr>
      </w:pPr>
      <w:r>
        <w:rPr>
          <w:rFonts w:eastAsia="Aptos"/>
        </w:rPr>
        <w:t>IP приставки правильный;</w:t>
      </w:r>
    </w:p>
    <w:p w14:paraId="7909BF47" w14:textId="77777777" w:rsidR="009568FE" w:rsidRPr="00475C72" w:rsidRDefault="00000000">
      <w:pPr>
        <w:pStyle w:val="a0"/>
        <w:rPr>
          <w:rFonts w:hint="eastAsia"/>
          <w:lang w:val="ru-RU"/>
        </w:rPr>
      </w:pP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и ПК находятся в одной сети.</w:t>
      </w:r>
    </w:p>
    <w:p w14:paraId="05FBFD1C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Попробуйте оба варианта:</w:t>
      </w:r>
    </w:p>
    <w:p w14:paraId="2F29C775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connect</w:t>
      </w:r>
      <w:r w:rsidRPr="00475C72">
        <w:rPr>
          <w:rFonts w:eastAsia="Consolas"/>
          <w:lang w:val="ru-RU"/>
        </w:rPr>
        <w:t xml:space="preserve"> 192.168.1.50</w:t>
      </w:r>
      <w:r w:rsidRPr="00475C72">
        <w:rPr>
          <w:rFonts w:eastAsia="Consolas"/>
          <w:lang w:val="ru-RU"/>
        </w:rPr>
        <w:br/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connect</w:t>
      </w:r>
      <w:r w:rsidRPr="00475C72">
        <w:rPr>
          <w:rFonts w:eastAsia="Consolas"/>
          <w:lang w:val="ru-RU"/>
        </w:rPr>
        <w:t xml:space="preserve"> 192.168.1.50:5555</w:t>
      </w:r>
    </w:p>
    <w:p w14:paraId="70D5946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не помогает, используйте официальный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DSF</w:t>
      </w:r>
      <w:r w:rsidRPr="00475C72">
        <w:rPr>
          <w:rFonts w:eastAsia="Aptos"/>
          <w:lang w:val="ru-RU"/>
        </w:rPr>
        <w:t xml:space="preserve"> для включения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>.</w:t>
      </w:r>
    </w:p>
    <w:p w14:paraId="4CAAA5B5" w14:textId="77777777" w:rsidR="009568FE" w:rsidRPr="00475C72" w:rsidRDefault="00000000">
      <w:pPr>
        <w:pStyle w:val="1"/>
        <w:rPr>
          <w:lang w:val="ru-RU"/>
        </w:rPr>
      </w:pPr>
      <w:r>
        <w:rPr>
          <w:rFonts w:ascii="Consolas" w:eastAsia="Consolas" w:hAnsi="Consolas"/>
          <w:color w:val="464646"/>
          <w:sz w:val="19"/>
        </w:rPr>
        <w:t>unauthorized</w:t>
      </w:r>
    </w:p>
    <w:p w14:paraId="49A3E17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proofErr w:type="spellStart"/>
      <w:r>
        <w:rPr>
          <w:rFonts w:ascii="Consolas" w:eastAsia="Consolas" w:hAnsi="Consolas"/>
          <w:color w:val="464646"/>
          <w:sz w:val="19"/>
        </w:rPr>
        <w:t>adb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devices</w:t>
      </w:r>
      <w:r w:rsidRPr="00475C72">
        <w:rPr>
          <w:rFonts w:eastAsia="Aptos"/>
          <w:lang w:val="ru-RU"/>
        </w:rPr>
        <w:t xml:space="preserve"> показывает </w:t>
      </w:r>
      <w:r>
        <w:rPr>
          <w:rFonts w:ascii="Consolas" w:eastAsia="Consolas" w:hAnsi="Consolas"/>
          <w:color w:val="464646"/>
          <w:sz w:val="19"/>
        </w:rPr>
        <w:t>unauthorized</w:t>
      </w:r>
      <w:r w:rsidRPr="00475C72">
        <w:rPr>
          <w:rFonts w:eastAsia="Aptos"/>
          <w:lang w:val="ru-RU"/>
        </w:rPr>
        <w:t>, посмотрите на экран телевизора и подтвердите отладку.</w:t>
      </w:r>
    </w:p>
    <w:p w14:paraId="2F0CEAAB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окно не появляется:</w:t>
      </w:r>
    </w:p>
    <w:p w14:paraId="1D937F8F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disconnect</w:t>
      </w:r>
      <w:r w:rsidRPr="00475C72">
        <w:rPr>
          <w:rFonts w:eastAsia="Consolas"/>
          <w:lang w:val="ru-RU"/>
        </w:rPr>
        <w:br/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connect</w:t>
      </w:r>
      <w:r w:rsidRPr="00475C72">
        <w:rPr>
          <w:rFonts w:eastAsia="Consolas"/>
          <w:lang w:val="ru-RU"/>
        </w:rPr>
        <w:t xml:space="preserve"> 192.168.1.50</w:t>
      </w:r>
    </w:p>
    <w:p w14:paraId="3E9157D5" w14:textId="77777777" w:rsidR="009568FE" w:rsidRDefault="00000000">
      <w:pPr>
        <w:pStyle w:val="1"/>
      </w:pPr>
      <w:r>
        <w:rPr>
          <w:rFonts w:ascii="Consolas" w:eastAsia="Consolas" w:hAnsi="Consolas"/>
          <w:color w:val="464646"/>
          <w:sz w:val="19"/>
        </w:rPr>
        <w:t>offline</w:t>
      </w:r>
    </w:p>
    <w:p w14:paraId="68E359C6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kill-server</w:t>
      </w:r>
      <w:r>
        <w:rPr>
          <w:rFonts w:eastAsia="Consolas"/>
        </w:rPr>
        <w:br/>
        <w:t>.\adb.exe start-server</w:t>
      </w:r>
      <w:r>
        <w:rPr>
          <w:rFonts w:eastAsia="Consolas"/>
        </w:rPr>
        <w:br/>
        <w:t>.\adb.exe connect 192.168.1.50</w:t>
      </w:r>
    </w:p>
    <w:p w14:paraId="74F7E122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Несколько устройств</w:t>
      </w:r>
    </w:p>
    <w:p w14:paraId="6484DE3E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подключено несколько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>-устройств, используйте:</w:t>
      </w:r>
    </w:p>
    <w:p w14:paraId="584EEB54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-</w:t>
      </w:r>
      <w:r>
        <w:rPr>
          <w:rFonts w:eastAsia="Consolas"/>
        </w:rPr>
        <w:t>s</w:t>
      </w:r>
      <w:r w:rsidRPr="00475C72">
        <w:rPr>
          <w:rFonts w:eastAsia="Consolas"/>
          <w:lang w:val="ru-RU"/>
        </w:rPr>
        <w:t xml:space="preserve"> 192.168.1.50:5555 </w:t>
      </w:r>
      <w:r>
        <w:rPr>
          <w:rFonts w:eastAsia="Consolas"/>
        </w:rPr>
        <w:t>shell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id</w:t>
      </w:r>
    </w:p>
    <w:p w14:paraId="66A6EA8D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2C8118C9" w14:textId="5BB978F6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 w:rsidRPr="00F10D6F">
        <w:rPr>
          <w:rFonts w:ascii="Aptos" w:eastAsia="Aptos" w:hAnsi="Aptos"/>
          <w:b w:val="0"/>
          <w:lang w:val="ru-RU"/>
        </w:rPr>
        <w:t>6</w:t>
      </w:r>
      <w:r w:rsidRPr="00475C72">
        <w:rPr>
          <w:rFonts w:ascii="Aptos" w:eastAsia="Aptos" w:hAnsi="Aptos"/>
          <w:b w:val="0"/>
          <w:lang w:val="ru-RU"/>
        </w:rPr>
        <w:t xml:space="preserve">. Если </w:t>
      </w:r>
      <w:r>
        <w:rPr>
          <w:rFonts w:ascii="Aptos" w:eastAsia="Aptos" w:hAnsi="Aptos"/>
          <w:b w:val="0"/>
        </w:rPr>
        <w:t>GSF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ID</w:t>
      </w:r>
      <w:r w:rsidRPr="00475C72">
        <w:rPr>
          <w:rFonts w:ascii="Aptos" w:eastAsia="Aptos" w:hAnsi="Aptos"/>
          <w:b w:val="0"/>
          <w:lang w:val="ru-RU"/>
        </w:rPr>
        <w:t xml:space="preserve"> получить не удалось</w:t>
      </w:r>
    </w:p>
    <w:p w14:paraId="6FA0B0A2" w14:textId="77777777" w:rsidR="009568FE" w:rsidRDefault="00000000">
      <w:pPr>
        <w:pStyle w:val="1"/>
      </w:pPr>
      <w:r>
        <w:rPr>
          <w:rFonts w:ascii="Consolas" w:eastAsia="Consolas" w:hAnsi="Consolas"/>
          <w:color w:val="464646"/>
          <w:sz w:val="19"/>
        </w:rPr>
        <w:t>content query</w:t>
      </w:r>
      <w:r>
        <w:rPr>
          <w:rFonts w:ascii="Aptos" w:eastAsia="Aptos" w:hAnsi="Aptos"/>
          <w:b w:val="0"/>
        </w:rPr>
        <w:t xml:space="preserve"> </w:t>
      </w:r>
      <w:proofErr w:type="spellStart"/>
      <w:r>
        <w:rPr>
          <w:rFonts w:ascii="Aptos" w:eastAsia="Aptos" w:hAnsi="Aptos"/>
          <w:b w:val="0"/>
        </w:rPr>
        <w:t>вернул</w:t>
      </w:r>
      <w:proofErr w:type="spellEnd"/>
      <w:r>
        <w:rPr>
          <w:rFonts w:ascii="Aptos" w:eastAsia="Aptos" w:hAnsi="Aptos"/>
          <w:b w:val="0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No result found</w:t>
      </w:r>
    </w:p>
    <w:p w14:paraId="02A519FC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это возможно. Используйте способ через </w:t>
      </w:r>
      <w:proofErr w:type="spellStart"/>
      <w:r>
        <w:rPr>
          <w:rFonts w:ascii="Consolas" w:eastAsia="Consolas" w:hAnsi="Consolas"/>
          <w:color w:val="464646"/>
          <w:sz w:val="19"/>
        </w:rPr>
        <w:t>gservices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proofErr w:type="spellStart"/>
      <w:r>
        <w:rPr>
          <w:rFonts w:ascii="Consolas" w:eastAsia="Consolas" w:hAnsi="Consolas"/>
          <w:color w:val="464646"/>
          <w:sz w:val="19"/>
        </w:rPr>
        <w:t>db</w:t>
      </w:r>
      <w:proofErr w:type="spellEnd"/>
      <w:r w:rsidRPr="00475C72">
        <w:rPr>
          <w:rFonts w:eastAsia="Aptos"/>
          <w:lang w:val="ru-RU"/>
        </w:rPr>
        <w:t>.</w:t>
      </w:r>
    </w:p>
    <w:p w14:paraId="12E29804" w14:textId="77777777" w:rsidR="009568FE" w:rsidRDefault="00000000">
      <w:pPr>
        <w:pStyle w:val="1"/>
      </w:pPr>
      <w:r>
        <w:rPr>
          <w:rFonts w:ascii="Consolas" w:eastAsia="Consolas" w:hAnsi="Consolas"/>
          <w:color w:val="464646"/>
          <w:sz w:val="19"/>
        </w:rPr>
        <w:t>Permission denied</w:t>
      </w:r>
    </w:p>
    <w:p w14:paraId="19EE7F2A" w14:textId="77777777" w:rsidR="009568FE" w:rsidRDefault="00000000">
      <w:pPr>
        <w:rPr>
          <w:rFonts w:hint="eastAsia"/>
        </w:rPr>
      </w:pPr>
      <w:r>
        <w:rPr>
          <w:rFonts w:eastAsia="Aptos"/>
        </w:rPr>
        <w:t>Проверьте:</w:t>
      </w:r>
    </w:p>
    <w:p w14:paraId="6D913117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lastRenderedPageBreak/>
        <w:t>.\adb.exe shell id</w:t>
      </w:r>
    </w:p>
    <w:p w14:paraId="7615407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root</w:t>
      </w:r>
      <w:r w:rsidRPr="00475C72">
        <w:rPr>
          <w:rFonts w:eastAsia="Aptos"/>
          <w:lang w:val="ru-RU"/>
        </w:rPr>
        <w:t xml:space="preserve"> нет, не делайте </w:t>
      </w:r>
      <w:proofErr w:type="spellStart"/>
      <w:r>
        <w:rPr>
          <w:rFonts w:ascii="Consolas" w:eastAsia="Consolas" w:hAnsi="Consolas"/>
          <w:color w:val="464646"/>
          <w:sz w:val="19"/>
        </w:rPr>
        <w:t>chmod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777</w:t>
      </w:r>
      <w:r w:rsidRPr="00475C72">
        <w:rPr>
          <w:rFonts w:eastAsia="Aptos"/>
          <w:lang w:val="ru-RU"/>
        </w:rPr>
        <w:t xml:space="preserve"> и не меняйте права системных каталогов.</w:t>
      </w:r>
    </w:p>
    <w:p w14:paraId="2856A12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Попробуйте только безопасный </w:t>
      </w:r>
      <w:r>
        <w:rPr>
          <w:rFonts w:ascii="Consolas" w:eastAsia="Consolas" w:hAnsi="Consolas"/>
          <w:color w:val="464646"/>
          <w:sz w:val="19"/>
        </w:rPr>
        <w:t>content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query</w:t>
      </w:r>
      <w:r w:rsidRPr="00475C72">
        <w:rPr>
          <w:rFonts w:eastAsia="Aptos"/>
          <w:lang w:val="ru-RU"/>
        </w:rPr>
        <w:t>.</w:t>
      </w:r>
    </w:p>
    <w:p w14:paraId="1E70DDC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 проверенной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с </w:t>
      </w:r>
      <w:r>
        <w:rPr>
          <w:rFonts w:eastAsia="Aptos"/>
        </w:rPr>
        <w:t>r</w:t>
      </w:r>
      <w:r w:rsidRPr="00475C72">
        <w:rPr>
          <w:rFonts w:eastAsia="Aptos"/>
          <w:lang w:val="ru-RU"/>
        </w:rPr>
        <w:t xml:space="preserve">22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shell</w:t>
      </w:r>
      <w:r w:rsidRPr="00475C72">
        <w:rPr>
          <w:rFonts w:eastAsia="Aptos"/>
          <w:lang w:val="ru-RU"/>
        </w:rPr>
        <w:t xml:space="preserve"> был </w:t>
      </w:r>
      <w:r>
        <w:rPr>
          <w:rFonts w:eastAsia="Aptos"/>
        </w:rPr>
        <w:t>root</w:t>
      </w:r>
      <w:r w:rsidRPr="00475C72">
        <w:rPr>
          <w:rFonts w:eastAsia="Aptos"/>
          <w:lang w:val="ru-RU"/>
        </w:rPr>
        <w:t>.</w:t>
      </w:r>
    </w:p>
    <w:p w14:paraId="6AF93D96" w14:textId="77777777" w:rsidR="009568FE" w:rsidRDefault="00000000">
      <w:pPr>
        <w:pStyle w:val="1"/>
      </w:pPr>
      <w:r>
        <w:rPr>
          <w:rFonts w:ascii="Consolas" w:eastAsia="Consolas" w:hAnsi="Consolas"/>
          <w:color w:val="464646"/>
          <w:sz w:val="19"/>
        </w:rPr>
        <w:t>sqlite3</w:t>
      </w:r>
      <w:r>
        <w:rPr>
          <w:rFonts w:ascii="Aptos" w:eastAsia="Aptos" w:hAnsi="Aptos"/>
          <w:b w:val="0"/>
        </w:rPr>
        <w:t xml:space="preserve"> </w:t>
      </w:r>
      <w:proofErr w:type="spellStart"/>
      <w:r>
        <w:rPr>
          <w:rFonts w:ascii="Aptos" w:eastAsia="Aptos" w:hAnsi="Aptos"/>
          <w:b w:val="0"/>
        </w:rPr>
        <w:t>отсутствует</w:t>
      </w:r>
      <w:proofErr w:type="spellEnd"/>
    </w:p>
    <w:p w14:paraId="76BC8DF6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which sqlite3</w:t>
      </w:r>
    </w:p>
    <w:p w14:paraId="3A9F1AE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команда ничего не вернула, не устанавливайте случайный </w:t>
      </w:r>
      <w:proofErr w:type="spellStart"/>
      <w:r>
        <w:rPr>
          <w:rFonts w:ascii="Consolas" w:eastAsia="Consolas" w:hAnsi="Consolas"/>
          <w:color w:val="464646"/>
          <w:sz w:val="19"/>
        </w:rPr>
        <w:t>sqlite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3</w:t>
      </w:r>
      <w:r w:rsidRPr="00475C72">
        <w:rPr>
          <w:rFonts w:eastAsia="Aptos"/>
          <w:lang w:val="ru-RU"/>
        </w:rPr>
        <w:t xml:space="preserve"> в системные каталоги.</w:t>
      </w:r>
    </w:p>
    <w:p w14:paraId="04D8694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проверенной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</w:t>
      </w:r>
      <w:proofErr w:type="spellStart"/>
      <w:r>
        <w:rPr>
          <w:rFonts w:ascii="Consolas" w:eastAsia="Consolas" w:hAnsi="Consolas"/>
          <w:color w:val="464646"/>
          <w:sz w:val="19"/>
        </w:rPr>
        <w:t>sqlite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3</w:t>
      </w:r>
      <w:r w:rsidRPr="00475C72">
        <w:rPr>
          <w:rFonts w:eastAsia="Aptos"/>
          <w:lang w:val="ru-RU"/>
        </w:rPr>
        <w:t xml:space="preserve"> присутствовал штатно.</w:t>
      </w:r>
    </w:p>
    <w:p w14:paraId="7D4BED08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64D1521A" w14:textId="5B0EED30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 w:rsidRPr="00F10D6F">
        <w:rPr>
          <w:rFonts w:ascii="Aptos" w:eastAsia="Aptos" w:hAnsi="Aptos"/>
          <w:b w:val="0"/>
          <w:lang w:val="ru-RU"/>
        </w:rPr>
        <w:t>7</w:t>
      </w:r>
      <w:r w:rsidRPr="00475C72">
        <w:rPr>
          <w:rFonts w:ascii="Aptos" w:eastAsia="Aptos" w:hAnsi="Aptos"/>
          <w:b w:val="0"/>
          <w:lang w:val="ru-RU"/>
        </w:rPr>
        <w:t xml:space="preserve">. Если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Play</w:t>
      </w:r>
      <w:r w:rsidRPr="00475C72">
        <w:rPr>
          <w:rFonts w:ascii="Aptos" w:eastAsia="Aptos" w:hAnsi="Aptos"/>
          <w:b w:val="0"/>
          <w:lang w:val="ru-RU"/>
        </w:rPr>
        <w:t xml:space="preserve"> вообще пропал или не запускается</w:t>
      </w:r>
    </w:p>
    <w:p w14:paraId="4D479592" w14:textId="77777777" w:rsidR="009568FE" w:rsidRDefault="00000000">
      <w:pPr>
        <w:rPr>
          <w:rFonts w:hint="eastAsia"/>
        </w:rPr>
      </w:pPr>
      <w:proofErr w:type="spellStart"/>
      <w:r>
        <w:rPr>
          <w:rFonts w:eastAsia="Aptos"/>
        </w:rPr>
        <w:t>Проверьте</w:t>
      </w:r>
      <w:proofErr w:type="spellEnd"/>
      <w:r>
        <w:rPr>
          <w:rFonts w:eastAsia="Aptos"/>
        </w:rPr>
        <w:t>:</w:t>
      </w:r>
    </w:p>
    <w:p w14:paraId="4E41F1FB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dumpsys package com.android.vending | Select-String "User 0:"</w:t>
      </w:r>
    </w:p>
    <w:p w14:paraId="52ED1242" w14:textId="77777777" w:rsidR="009568FE" w:rsidRDefault="00000000">
      <w:pPr>
        <w:rPr>
          <w:rFonts w:hint="eastAsia"/>
        </w:rPr>
      </w:pPr>
      <w:r>
        <w:rPr>
          <w:rFonts w:eastAsia="Aptos"/>
        </w:rPr>
        <w:t>Нормально:</w:t>
      </w:r>
    </w:p>
    <w:p w14:paraId="6BE25347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installed=true</w:t>
      </w:r>
    </w:p>
    <w:p w14:paraId="64A1BACF" w14:textId="77777777" w:rsidR="009568FE" w:rsidRDefault="00000000">
      <w:pPr>
        <w:rPr>
          <w:rFonts w:hint="eastAsia"/>
        </w:rPr>
      </w:pPr>
      <w:r>
        <w:rPr>
          <w:rFonts w:eastAsia="Aptos"/>
        </w:rPr>
        <w:t>Проблема:</w:t>
      </w:r>
    </w:p>
    <w:p w14:paraId="2B888652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installed=false</w:t>
      </w:r>
    </w:p>
    <w:p w14:paraId="2F95B994" w14:textId="77777777" w:rsidR="009568FE" w:rsidRDefault="00000000">
      <w:pPr>
        <w:rPr>
          <w:rFonts w:hint="eastAsia"/>
        </w:rPr>
      </w:pPr>
      <w:r>
        <w:rPr>
          <w:rFonts w:eastAsia="Aptos"/>
        </w:rPr>
        <w:t>Проверить APK:</w:t>
      </w:r>
    </w:p>
    <w:p w14:paraId="1DFD28A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ls -l /system/priv-app/Phonesky/Phonesky.apk</w:t>
      </w:r>
    </w:p>
    <w:p w14:paraId="140E3A6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</w:t>
      </w:r>
      <w:r>
        <w:rPr>
          <w:rFonts w:eastAsia="Aptos"/>
        </w:rPr>
        <w:t>APK</w:t>
      </w:r>
      <w:r w:rsidRPr="00475C72">
        <w:rPr>
          <w:rFonts w:eastAsia="Aptos"/>
          <w:lang w:val="ru-RU"/>
        </w:rPr>
        <w:t xml:space="preserve"> существует, но </w:t>
      </w:r>
      <w:r>
        <w:rPr>
          <w:rFonts w:ascii="Consolas" w:eastAsia="Consolas" w:hAnsi="Consolas"/>
          <w:color w:val="464646"/>
          <w:sz w:val="19"/>
        </w:rPr>
        <w:t>installed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=</w:t>
      </w:r>
      <w:r>
        <w:rPr>
          <w:rFonts w:ascii="Consolas" w:eastAsia="Consolas" w:hAnsi="Consolas"/>
          <w:color w:val="464646"/>
          <w:sz w:val="19"/>
        </w:rPr>
        <w:t>false</w:t>
      </w:r>
      <w:r w:rsidRPr="00475C72">
        <w:rPr>
          <w:rFonts w:eastAsia="Aptos"/>
          <w:lang w:val="ru-RU"/>
        </w:rPr>
        <w:t xml:space="preserve">, это отдельная проблема регистрации пакета. Не пытайтесь исправить её командой </w:t>
      </w:r>
      <w:r>
        <w:rPr>
          <w:rFonts w:ascii="Consolas" w:eastAsia="Consolas" w:hAnsi="Consolas"/>
          <w:color w:val="464646"/>
          <w:sz w:val="19"/>
        </w:rPr>
        <w:t>pm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uninstall</w:t>
      </w:r>
      <w:r w:rsidRPr="00475C72">
        <w:rPr>
          <w:rFonts w:eastAsia="Aptos"/>
          <w:lang w:val="ru-RU"/>
        </w:rPr>
        <w:t xml:space="preserve"> или случайной переустановкой </w:t>
      </w:r>
      <w:r>
        <w:rPr>
          <w:rFonts w:eastAsia="Aptos"/>
        </w:rPr>
        <w:t>APK</w:t>
      </w:r>
      <w:r w:rsidRPr="00475C72">
        <w:rPr>
          <w:rFonts w:eastAsia="Aptos"/>
          <w:lang w:val="ru-RU"/>
        </w:rPr>
        <w:t>.</w:t>
      </w:r>
    </w:p>
    <w:p w14:paraId="00E28AA9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0DEE2CB2" w14:textId="4292BF61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1</w:t>
      </w:r>
      <w:r w:rsidR="00F10D6F" w:rsidRPr="00F10D6F">
        <w:rPr>
          <w:rFonts w:ascii="Aptos" w:eastAsia="Aptos" w:hAnsi="Aptos"/>
          <w:b w:val="0"/>
          <w:lang w:val="ru-RU"/>
        </w:rPr>
        <w:t>8</w:t>
      </w:r>
      <w:r w:rsidRPr="00475C72">
        <w:rPr>
          <w:rFonts w:ascii="Aptos" w:eastAsia="Aptos" w:hAnsi="Aptos"/>
          <w:b w:val="0"/>
          <w:lang w:val="ru-RU"/>
        </w:rPr>
        <w:t xml:space="preserve">. Аварийное восстановление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Play</w:t>
      </w:r>
      <w:r w:rsidRPr="00475C72">
        <w:rPr>
          <w:rFonts w:ascii="Aptos" w:eastAsia="Aptos" w:hAnsi="Aptos"/>
          <w:b w:val="0"/>
          <w:lang w:val="ru-RU"/>
        </w:rPr>
        <w:t xml:space="preserve"> при </w:t>
      </w:r>
      <w:r>
        <w:rPr>
          <w:rFonts w:ascii="Consolas" w:eastAsia="Consolas" w:hAnsi="Consolas"/>
          <w:color w:val="464646"/>
          <w:sz w:val="19"/>
        </w:rPr>
        <w:t>installed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=</w:t>
      </w:r>
      <w:r>
        <w:rPr>
          <w:rFonts w:ascii="Consolas" w:eastAsia="Consolas" w:hAnsi="Consolas"/>
          <w:color w:val="464646"/>
          <w:sz w:val="19"/>
        </w:rPr>
        <w:t>false</w:t>
      </w:r>
    </w:p>
    <w:p w14:paraId="05355E18" w14:textId="77777777" w:rsidR="009568FE" w:rsidRPr="00475C72" w:rsidRDefault="00000000">
      <w:pPr>
        <w:pStyle w:val="NoteBox"/>
        <w:pBdr>
          <w:left w:val="single" w:sz="12" w:space="6" w:color="5B9BD5"/>
        </w:pBdr>
        <w:shd w:val="clear" w:color="auto" w:fill="EAF2F8"/>
        <w:rPr>
          <w:rFonts w:hint="eastAsia"/>
          <w:lang w:val="ru-RU"/>
        </w:rPr>
      </w:pPr>
      <w:r w:rsidRPr="00475C72">
        <w:rPr>
          <w:rFonts w:eastAsia="Aptos"/>
          <w:lang w:val="ru-RU"/>
        </w:rPr>
        <w:t>Этот раздел НЕ нужен для обычной ошибки сертификации.</w:t>
      </w:r>
    </w:p>
    <w:p w14:paraId="6B676AE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На </w:t>
      </w:r>
      <w:proofErr w:type="spellStart"/>
      <w:r>
        <w:rPr>
          <w:rFonts w:eastAsia="Aptos"/>
        </w:rPr>
        <w:t>RealBox</w:t>
      </w:r>
      <w:proofErr w:type="spellEnd"/>
      <w:r w:rsidRPr="00475C72">
        <w:rPr>
          <w:rFonts w:eastAsia="Aptos"/>
          <w:lang w:val="ru-RU"/>
        </w:rPr>
        <w:t xml:space="preserve"> 4</w:t>
      </w:r>
      <w:r>
        <w:rPr>
          <w:rFonts w:eastAsia="Aptos"/>
        </w:rPr>
        <w:t>K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 7.1.1 </w:t>
      </w:r>
      <w:r>
        <w:rPr>
          <w:rFonts w:eastAsia="Aptos"/>
        </w:rPr>
        <w:t>CLI</w:t>
      </w:r>
      <w:r w:rsidRPr="00475C72">
        <w:rPr>
          <w:rFonts w:eastAsia="Aptos"/>
          <w:lang w:val="ru-RU"/>
        </w:rPr>
        <w:t xml:space="preserve">-команда </w:t>
      </w:r>
      <w:r>
        <w:rPr>
          <w:rFonts w:ascii="Consolas" w:eastAsia="Consolas" w:hAnsi="Consolas"/>
          <w:color w:val="464646"/>
          <w:sz w:val="19"/>
        </w:rPr>
        <w:t>pm</w:t>
      </w:r>
      <w:r w:rsidRPr="00475C72">
        <w:rPr>
          <w:rFonts w:ascii="Consolas" w:eastAsia="Consolas" w:hAnsi="Consolas"/>
          <w:color w:val="464646"/>
          <w:sz w:val="19"/>
          <w:lang w:val="ru-RU"/>
        </w:rPr>
        <w:t xml:space="preserve"> </w:t>
      </w:r>
      <w:r>
        <w:rPr>
          <w:rFonts w:ascii="Consolas" w:eastAsia="Consolas" w:hAnsi="Consolas"/>
          <w:color w:val="464646"/>
          <w:sz w:val="19"/>
        </w:rPr>
        <w:t>install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-</w:t>
      </w:r>
      <w:r>
        <w:rPr>
          <w:rFonts w:ascii="Consolas" w:eastAsia="Consolas" w:hAnsi="Consolas"/>
          <w:color w:val="464646"/>
          <w:sz w:val="19"/>
        </w:rPr>
        <w:t>existing</w:t>
      </w:r>
      <w:r w:rsidRPr="00475C72">
        <w:rPr>
          <w:rFonts w:eastAsia="Aptos"/>
          <w:lang w:val="ru-RU"/>
        </w:rPr>
        <w:t xml:space="preserve"> отсутствовала, но системный </w:t>
      </w:r>
      <w:r>
        <w:rPr>
          <w:rFonts w:eastAsia="Aptos"/>
        </w:rPr>
        <w:t>Package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Manager</w:t>
      </w:r>
      <w:r w:rsidRPr="00475C72">
        <w:rPr>
          <w:rFonts w:eastAsia="Aptos"/>
          <w:lang w:val="ru-RU"/>
        </w:rPr>
        <w:t xml:space="preserve"> содержал метод:</w:t>
      </w:r>
    </w:p>
    <w:p w14:paraId="797C7671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proofErr w:type="spellStart"/>
      <w:proofErr w:type="gramStart"/>
      <w:r>
        <w:rPr>
          <w:rFonts w:eastAsia="Consolas"/>
        </w:rPr>
        <w:t>installExistingPackageAsUser</w:t>
      </w:r>
      <w:proofErr w:type="spellEnd"/>
      <w:r>
        <w:rPr>
          <w:rFonts w:eastAsia="Consolas"/>
        </w:rPr>
        <w:t>(</w:t>
      </w:r>
      <w:proofErr w:type="gramEnd"/>
      <w:r>
        <w:rPr>
          <w:rFonts w:eastAsia="Consolas"/>
        </w:rPr>
        <w:t xml:space="preserve">String </w:t>
      </w:r>
      <w:proofErr w:type="spellStart"/>
      <w:r>
        <w:rPr>
          <w:rFonts w:eastAsia="Consolas"/>
        </w:rPr>
        <w:t>packageName</w:t>
      </w:r>
      <w:proofErr w:type="spellEnd"/>
      <w:r>
        <w:rPr>
          <w:rFonts w:eastAsia="Consolas"/>
        </w:rPr>
        <w:t xml:space="preserve">, int </w:t>
      </w:r>
      <w:proofErr w:type="spellStart"/>
      <w:r>
        <w:rPr>
          <w:rFonts w:eastAsia="Consolas"/>
        </w:rPr>
        <w:t>userId</w:t>
      </w:r>
      <w:proofErr w:type="spellEnd"/>
      <w:r>
        <w:rPr>
          <w:rFonts w:eastAsia="Consolas"/>
        </w:rPr>
        <w:t>)</w:t>
      </w:r>
    </w:p>
    <w:p w14:paraId="36D8CBE8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Для его безопасного вызова использовался небольшой </w:t>
      </w:r>
      <w:r>
        <w:rPr>
          <w:rFonts w:eastAsia="Aptos"/>
        </w:rPr>
        <w:t>DEX</w:t>
      </w:r>
      <w:r w:rsidRPr="00475C72">
        <w:rPr>
          <w:rFonts w:eastAsia="Aptos"/>
          <w:lang w:val="ru-RU"/>
        </w:rPr>
        <w:t xml:space="preserve">-клиент </w:t>
      </w:r>
      <w:proofErr w:type="spellStart"/>
      <w:r>
        <w:rPr>
          <w:rFonts w:ascii="Consolas" w:eastAsia="Consolas" w:hAnsi="Consolas"/>
          <w:color w:val="464646"/>
          <w:sz w:val="19"/>
        </w:rPr>
        <w:t>DunePmRestore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.</w:t>
      </w:r>
      <w:r>
        <w:rPr>
          <w:rFonts w:ascii="Consolas" w:eastAsia="Consolas" w:hAnsi="Consolas"/>
          <w:color w:val="464646"/>
          <w:sz w:val="19"/>
        </w:rPr>
        <w:t>jar</w:t>
      </w:r>
      <w:r w:rsidRPr="00475C72">
        <w:rPr>
          <w:rFonts w:eastAsia="Aptos"/>
          <w:lang w:val="ru-RU"/>
        </w:rPr>
        <w:t>.</w:t>
      </w:r>
    </w:p>
    <w:p w14:paraId="36134AB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вы распространяете такой файл вместе с этой инструкцией, приложите </w:t>
      </w:r>
      <w:r>
        <w:rPr>
          <w:rFonts w:eastAsia="Aptos"/>
        </w:rPr>
        <w:t>SHA</w:t>
      </w:r>
      <w:r w:rsidRPr="00475C72">
        <w:rPr>
          <w:rFonts w:eastAsia="Aptos"/>
          <w:lang w:val="ru-RU"/>
        </w:rPr>
        <w:t>-256 и укажите источник.</w:t>
      </w:r>
    </w:p>
    <w:p w14:paraId="1D251FC0" w14:textId="77777777" w:rsidR="009568FE" w:rsidRDefault="00000000">
      <w:pPr>
        <w:rPr>
          <w:rFonts w:hint="eastAsia"/>
        </w:rPr>
      </w:pPr>
      <w:proofErr w:type="spellStart"/>
      <w:r>
        <w:rPr>
          <w:rFonts w:eastAsia="Aptos"/>
        </w:rPr>
        <w:t>Проверка</w:t>
      </w:r>
      <w:proofErr w:type="spellEnd"/>
      <w:r>
        <w:rPr>
          <w:rFonts w:eastAsia="Aptos"/>
        </w:rPr>
        <w:t xml:space="preserve"> SHA-256 в Windows:</w:t>
      </w:r>
    </w:p>
    <w:p w14:paraId="343FCC1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Get-FileHash .\DunePmRestore.jar -Algorithm SHA256</w:t>
      </w:r>
    </w:p>
    <w:p w14:paraId="0E863354" w14:textId="77777777" w:rsidR="009568FE" w:rsidRDefault="00000000">
      <w:pPr>
        <w:rPr>
          <w:rFonts w:hint="eastAsia"/>
        </w:rPr>
      </w:pPr>
      <w:r>
        <w:rPr>
          <w:rFonts w:eastAsia="Aptos"/>
        </w:rPr>
        <w:lastRenderedPageBreak/>
        <w:t>Отправить файл:</w:t>
      </w:r>
    </w:p>
    <w:p w14:paraId="4D6BD93C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push .\DunePmRestore.jar /data/local/tmp/DunePmRestore.jar</w:t>
      </w:r>
    </w:p>
    <w:p w14:paraId="3D79A3B8" w14:textId="77777777" w:rsidR="009568FE" w:rsidRDefault="00000000">
      <w:pPr>
        <w:rPr>
          <w:rFonts w:hint="eastAsia"/>
        </w:rPr>
      </w:pPr>
      <w:r>
        <w:rPr>
          <w:rFonts w:eastAsia="Aptos"/>
        </w:rPr>
        <w:t>Сначала только probe:</w:t>
      </w:r>
    </w:p>
    <w:p w14:paraId="7E8AAA46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"CLASSPATH=/data/local/tmp/DunePmRestore.jar app_process /system/bin DunePmRestore"</w:t>
      </w:r>
    </w:p>
    <w:p w14:paraId="28B336DE" w14:textId="77777777" w:rsidR="009568FE" w:rsidRDefault="00000000">
      <w:pPr>
        <w:rPr>
          <w:rFonts w:hint="eastAsia"/>
        </w:rPr>
      </w:pPr>
      <w:r>
        <w:rPr>
          <w:rFonts w:eastAsia="Aptos"/>
        </w:rPr>
        <w:t>Ожидается:</w:t>
      </w:r>
    </w:p>
    <w:p w14:paraId="7E4CAACD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FOUND: public abstract int android.content.pm.IPackageManager.installExistingPackageAsUser(java.lang.String,int)</w:t>
      </w:r>
      <w:r>
        <w:rPr>
          <w:rFonts w:eastAsia="Consolas"/>
        </w:rPr>
        <w:br/>
        <w:t>PROBE ONLY. Nothing changed.</w:t>
      </w:r>
    </w:p>
    <w:p w14:paraId="5E41779A" w14:textId="77777777" w:rsidR="009568FE" w:rsidRDefault="00000000">
      <w:pPr>
        <w:rPr>
          <w:rFonts w:hint="eastAsia"/>
        </w:rPr>
      </w:pPr>
      <w:r>
        <w:rPr>
          <w:rFonts w:eastAsia="Aptos"/>
        </w:rPr>
        <w:t>Только если probe успешен:</w:t>
      </w:r>
    </w:p>
    <w:p w14:paraId="109635FA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"CLASSPATH=/data/local/tmp/DunePmRestore.jar app_process /system/bin DunePmRestore apply"</w:t>
      </w:r>
    </w:p>
    <w:p w14:paraId="6DA161ED" w14:textId="77777777" w:rsidR="009568FE" w:rsidRDefault="00000000">
      <w:pPr>
        <w:rPr>
          <w:rFonts w:hint="eastAsia"/>
        </w:rPr>
      </w:pPr>
      <w:r>
        <w:rPr>
          <w:rFonts w:eastAsia="Aptos"/>
        </w:rPr>
        <w:t>Успех:</w:t>
      </w:r>
    </w:p>
    <w:p w14:paraId="6336C472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RESULT: 1</w:t>
      </w:r>
    </w:p>
    <w:p w14:paraId="471B334A" w14:textId="77777777" w:rsidR="009568FE" w:rsidRDefault="00000000">
      <w:pPr>
        <w:rPr>
          <w:rFonts w:hint="eastAsia"/>
        </w:rPr>
      </w:pPr>
      <w:r>
        <w:rPr>
          <w:rFonts w:eastAsia="Aptos"/>
        </w:rPr>
        <w:t>Проверка:</w:t>
      </w:r>
    </w:p>
    <w:p w14:paraId="798B6A9B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dumpsys package com.android.vending | Select-String "User 0:"</w:t>
      </w:r>
      <w:r>
        <w:rPr>
          <w:rFonts w:eastAsia="Consolas"/>
        </w:rPr>
        <w:br/>
        <w:t>.\adb.exe shell pm path com.android.vending</w:t>
      </w:r>
    </w:p>
    <w:p w14:paraId="7485BC82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Ожидается </w:t>
      </w:r>
      <w:r>
        <w:rPr>
          <w:rFonts w:ascii="Consolas" w:eastAsia="Consolas" w:hAnsi="Consolas"/>
          <w:color w:val="464646"/>
          <w:sz w:val="19"/>
        </w:rPr>
        <w:t>installed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=</w:t>
      </w:r>
      <w:r>
        <w:rPr>
          <w:rFonts w:ascii="Consolas" w:eastAsia="Consolas" w:hAnsi="Consolas"/>
          <w:color w:val="464646"/>
          <w:sz w:val="19"/>
        </w:rPr>
        <w:t>true</w:t>
      </w:r>
      <w:r w:rsidRPr="00475C72">
        <w:rPr>
          <w:rFonts w:eastAsia="Aptos"/>
          <w:lang w:val="ru-RU"/>
        </w:rPr>
        <w:t>.</w:t>
      </w:r>
    </w:p>
    <w:p w14:paraId="499DBF56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0647D69E" w14:textId="5E7A1C71" w:rsidR="009568FE" w:rsidRPr="00475C72" w:rsidRDefault="00F10D6F">
      <w:pPr>
        <w:pStyle w:val="aa"/>
        <w:spacing w:after="200"/>
        <w:jc w:val="center"/>
        <w:rPr>
          <w:lang w:val="ru-RU"/>
        </w:rPr>
      </w:pPr>
      <w:r>
        <w:rPr>
          <w:rFonts w:ascii="Aptos" w:eastAsia="Aptos" w:hAnsi="Aptos"/>
          <w:b w:val="0"/>
        </w:rPr>
        <w:t>19</w:t>
      </w:r>
      <w:r w:rsidR="00000000" w:rsidRPr="00475C72">
        <w:rPr>
          <w:rFonts w:ascii="Aptos" w:eastAsia="Aptos" w:hAnsi="Aptos"/>
          <w:b w:val="0"/>
          <w:lang w:val="ru-RU"/>
        </w:rPr>
        <w:t xml:space="preserve">. Диагностика через </w:t>
      </w:r>
      <w:r w:rsidR="00000000">
        <w:rPr>
          <w:rFonts w:ascii="Aptos" w:eastAsia="Aptos" w:hAnsi="Aptos"/>
          <w:b w:val="0"/>
        </w:rPr>
        <w:t>logcat</w:t>
      </w:r>
    </w:p>
    <w:p w14:paraId="0D011FD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после регистрации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проблема сохранилась:</w:t>
      </w:r>
    </w:p>
    <w:p w14:paraId="7F2FA75D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logcat</w:t>
      </w:r>
      <w:r w:rsidRPr="00475C72">
        <w:rPr>
          <w:rFonts w:eastAsia="Consolas"/>
          <w:lang w:val="ru-RU"/>
        </w:rPr>
        <w:t xml:space="preserve"> -</w:t>
      </w:r>
      <w:r>
        <w:rPr>
          <w:rFonts w:eastAsia="Consolas"/>
        </w:rPr>
        <w:t>c</w:t>
      </w:r>
    </w:p>
    <w:p w14:paraId="62348B53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Откройте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 xml:space="preserve"> и воспроизведите ошибку.</w:t>
      </w:r>
    </w:p>
    <w:p w14:paraId="14D1E8C4" w14:textId="77777777" w:rsidR="009568FE" w:rsidRDefault="00000000">
      <w:pPr>
        <w:rPr>
          <w:rFonts w:hint="eastAsia"/>
        </w:rPr>
      </w:pPr>
      <w:proofErr w:type="spellStart"/>
      <w:r>
        <w:rPr>
          <w:rFonts w:eastAsia="Aptos"/>
        </w:rPr>
        <w:t>Через</w:t>
      </w:r>
      <w:proofErr w:type="spellEnd"/>
      <w:r>
        <w:rPr>
          <w:rFonts w:eastAsia="Aptos"/>
        </w:rPr>
        <w:t xml:space="preserve"> 10–15 </w:t>
      </w:r>
      <w:proofErr w:type="spellStart"/>
      <w:r>
        <w:rPr>
          <w:rFonts w:eastAsia="Aptos"/>
        </w:rPr>
        <w:t>секунд</w:t>
      </w:r>
      <w:proofErr w:type="spellEnd"/>
      <w:r>
        <w:rPr>
          <w:rFonts w:eastAsia="Aptos"/>
        </w:rPr>
        <w:t>:</w:t>
      </w:r>
    </w:p>
    <w:p w14:paraId="53DB531C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logcat -d -v time | Select-String -Pattern "BAD_AUTHENTICATION|Long live credential|User needs to|Finsky|Auth|UNAUTHENTICATED"</w:t>
      </w:r>
    </w:p>
    <w:p w14:paraId="201043F2" w14:textId="77777777" w:rsidR="009568FE" w:rsidRDefault="00000000">
      <w:pPr>
        <w:rPr>
          <w:rFonts w:hint="eastAsia"/>
        </w:rPr>
      </w:pPr>
      <w:r>
        <w:rPr>
          <w:rFonts w:eastAsia="Aptos"/>
        </w:rPr>
        <w:t>Характерные ошибки:</w:t>
      </w:r>
    </w:p>
    <w:p w14:paraId="2B0B6E89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BAD_AUTHENTICATION</w:t>
      </w:r>
      <w:r>
        <w:rPr>
          <w:rFonts w:eastAsia="Consolas"/>
        </w:rPr>
        <w:br/>
        <w:t>Long live credential not available</w:t>
      </w:r>
      <w:r>
        <w:rPr>
          <w:rFonts w:eastAsia="Consolas"/>
        </w:rPr>
        <w:br/>
        <w:t>User needs to (re)enter credentials</w:t>
      </w:r>
    </w:p>
    <w:p w14:paraId="709C4C84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Если после повторной регистрации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эти строки исчезли — это хороший признак.</w:t>
      </w:r>
    </w:p>
    <w:p w14:paraId="3730607C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2FF32D5C" w14:textId="77777777" w:rsidR="00F10D6F" w:rsidRDefault="00F10D6F">
      <w:pPr>
        <w:pStyle w:val="aa"/>
        <w:spacing w:after="200"/>
        <w:jc w:val="center"/>
        <w:rPr>
          <w:rFonts w:ascii="Aptos" w:eastAsia="Aptos" w:hAnsi="Aptos"/>
          <w:b w:val="0"/>
        </w:rPr>
      </w:pPr>
    </w:p>
    <w:p w14:paraId="290C3FCB" w14:textId="77777777" w:rsidR="00F10D6F" w:rsidRDefault="00F10D6F">
      <w:pPr>
        <w:pStyle w:val="aa"/>
        <w:spacing w:after="200"/>
        <w:jc w:val="center"/>
        <w:rPr>
          <w:rFonts w:ascii="Aptos" w:eastAsia="Aptos" w:hAnsi="Aptos"/>
          <w:b w:val="0"/>
        </w:rPr>
      </w:pPr>
    </w:p>
    <w:p w14:paraId="55F24AB0" w14:textId="1F1FFBD1" w:rsidR="009568FE" w:rsidRPr="00475C72" w:rsidRDefault="00F10D6F">
      <w:pPr>
        <w:pStyle w:val="aa"/>
        <w:spacing w:after="200"/>
        <w:jc w:val="center"/>
        <w:rPr>
          <w:lang w:val="ru-RU"/>
        </w:rPr>
      </w:pPr>
      <w:r>
        <w:rPr>
          <w:rFonts w:ascii="Aptos" w:eastAsia="Aptos" w:hAnsi="Aptos"/>
          <w:b w:val="0"/>
        </w:rPr>
        <w:t>20</w:t>
      </w:r>
      <w:r w:rsidR="00000000" w:rsidRPr="00475C72">
        <w:rPr>
          <w:rFonts w:ascii="Aptos" w:eastAsia="Aptos" w:hAnsi="Aptos"/>
          <w:b w:val="0"/>
          <w:lang w:val="ru-RU"/>
        </w:rPr>
        <w:t xml:space="preserve">. </w:t>
      </w:r>
      <w:r w:rsidR="00000000">
        <w:rPr>
          <w:rFonts w:ascii="Aptos" w:eastAsia="Aptos" w:hAnsi="Aptos"/>
          <w:b w:val="0"/>
        </w:rPr>
        <w:t>FAQ</w:t>
      </w:r>
    </w:p>
    <w:p w14:paraId="4B890E65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Нужно ли делать </w:t>
      </w:r>
      <w:r>
        <w:rPr>
          <w:rFonts w:ascii="Aptos" w:eastAsia="Aptos" w:hAnsi="Aptos"/>
          <w:b w:val="0"/>
        </w:rPr>
        <w:t>Factory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Reset</w:t>
      </w:r>
      <w:r w:rsidRPr="00475C72">
        <w:rPr>
          <w:rFonts w:ascii="Aptos" w:eastAsia="Aptos" w:hAnsi="Aptos"/>
          <w:b w:val="0"/>
          <w:lang w:val="ru-RU"/>
        </w:rPr>
        <w:t>?</w:t>
      </w:r>
    </w:p>
    <w:p w14:paraId="63FA23E9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Нет. До регистрации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 xml:space="preserve"> этого делать не следует.</w:t>
      </w:r>
    </w:p>
    <w:p w14:paraId="0E409F14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Нужно ли удалять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Play</w:t>
      </w:r>
      <w:r w:rsidRPr="00475C72">
        <w:rPr>
          <w:rFonts w:ascii="Aptos" w:eastAsia="Aptos" w:hAnsi="Aptos"/>
          <w:b w:val="0"/>
          <w:lang w:val="ru-RU"/>
        </w:rPr>
        <w:t>?</w:t>
      </w:r>
    </w:p>
    <w:p w14:paraId="6023784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Нет.</w:t>
      </w:r>
    </w:p>
    <w:p w14:paraId="4BCA874C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Нужно ли очищать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Play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Services</w:t>
      </w:r>
      <w:r w:rsidRPr="00475C72">
        <w:rPr>
          <w:rFonts w:ascii="Aptos" w:eastAsia="Aptos" w:hAnsi="Aptos"/>
          <w:b w:val="0"/>
          <w:lang w:val="ru-RU"/>
        </w:rPr>
        <w:t>?</w:t>
      </w:r>
    </w:p>
    <w:p w14:paraId="33B55556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Нет. Не делайте этого в начале диагностики.</w:t>
      </w:r>
    </w:p>
    <w:p w14:paraId="4E979F34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Почему называется </w:t>
      </w:r>
      <w:r>
        <w:rPr>
          <w:rFonts w:ascii="Aptos" w:eastAsia="Aptos" w:hAnsi="Aptos"/>
          <w:b w:val="0"/>
        </w:rPr>
        <w:t>USB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debugging</w:t>
      </w:r>
      <w:r w:rsidRPr="00475C72">
        <w:rPr>
          <w:rFonts w:ascii="Aptos" w:eastAsia="Aptos" w:hAnsi="Aptos"/>
          <w:b w:val="0"/>
          <w:lang w:val="ru-RU"/>
        </w:rPr>
        <w:t>, если подключаемся по сети?</w:t>
      </w:r>
    </w:p>
    <w:p w14:paraId="29C37B5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Это стандартное название </w:t>
      </w:r>
      <w:r>
        <w:rPr>
          <w:rFonts w:eastAsia="Aptos"/>
        </w:rPr>
        <w:t>Android</w:t>
      </w:r>
      <w:r w:rsidRPr="00475C72">
        <w:rPr>
          <w:rFonts w:eastAsia="Aptos"/>
          <w:lang w:val="ru-RU"/>
        </w:rPr>
        <w:t xml:space="preserve">-настройки. </w:t>
      </w:r>
      <w:r>
        <w:rPr>
          <w:rFonts w:eastAsia="Aptos"/>
        </w:rPr>
        <w:t>Dune</w:t>
      </w:r>
      <w:r w:rsidRPr="00475C72">
        <w:rPr>
          <w:rFonts w:eastAsia="Aptos"/>
          <w:lang w:val="ru-RU"/>
        </w:rPr>
        <w:t xml:space="preserve"> официально использует её для разрешения </w:t>
      </w:r>
      <w:r>
        <w:rPr>
          <w:rFonts w:eastAsia="Aptos"/>
        </w:rPr>
        <w:t>ADB</w:t>
      </w:r>
      <w:r w:rsidRPr="00475C72">
        <w:rPr>
          <w:rFonts w:eastAsia="Aptos"/>
          <w:lang w:val="ru-RU"/>
        </w:rPr>
        <w:t xml:space="preserve">, после чего подключение выполняется через </w:t>
      </w:r>
      <w:r>
        <w:rPr>
          <w:rFonts w:eastAsia="Aptos"/>
        </w:rPr>
        <w:t>LAN</w:t>
      </w:r>
      <w:r w:rsidRPr="00475C72">
        <w:rPr>
          <w:rFonts w:eastAsia="Aptos"/>
          <w:lang w:val="ru-RU"/>
        </w:rPr>
        <w:t>.</w:t>
      </w:r>
    </w:p>
    <w:p w14:paraId="4B6060B9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Нужно ли указывать порт 5555?</w:t>
      </w:r>
    </w:p>
    <w:p w14:paraId="4B6B6D0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Сначала попробуйте:</w:t>
      </w:r>
    </w:p>
    <w:p w14:paraId="73436F60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connect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IP</w:t>
      </w:r>
      <w:r w:rsidRPr="00475C72">
        <w:rPr>
          <w:rFonts w:eastAsia="Consolas"/>
          <w:lang w:val="ru-RU"/>
        </w:rPr>
        <w:t>_ПРИСТАВКИ</w:t>
      </w:r>
    </w:p>
    <w:p w14:paraId="7D14A60A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Если не сработало:</w:t>
      </w:r>
    </w:p>
    <w:p w14:paraId="1C32CAB1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connect IP_ПРИСТАВКИ:5555</w:t>
      </w:r>
    </w:p>
    <w:p w14:paraId="271DB228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39486F1D" w14:textId="28C19C21" w:rsidR="009568FE" w:rsidRPr="00475C72" w:rsidRDefault="00000000">
      <w:pPr>
        <w:pStyle w:val="aa"/>
        <w:spacing w:after="200"/>
        <w:jc w:val="center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2</w:t>
      </w:r>
      <w:r w:rsidR="00F10D6F" w:rsidRPr="00F10D6F">
        <w:rPr>
          <w:rFonts w:ascii="Aptos" w:eastAsia="Aptos" w:hAnsi="Aptos"/>
          <w:b w:val="0"/>
          <w:lang w:val="ru-RU"/>
        </w:rPr>
        <w:t>1</w:t>
      </w:r>
      <w:r w:rsidRPr="00475C72">
        <w:rPr>
          <w:rFonts w:ascii="Aptos" w:eastAsia="Aptos" w:hAnsi="Aptos"/>
          <w:b w:val="0"/>
          <w:lang w:val="ru-RU"/>
        </w:rPr>
        <w:t>. Краткий алгоритм на одну страницу</w:t>
      </w:r>
    </w:p>
    <w:p w14:paraId="2ADB896C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Чистая </w:t>
      </w:r>
      <w:r>
        <w:rPr>
          <w:rFonts w:ascii="Aptos" w:eastAsia="Aptos" w:hAnsi="Aptos"/>
          <w:b w:val="0"/>
        </w:rPr>
        <w:t>Windows</w:t>
      </w:r>
      <w:r w:rsidRPr="00475C72">
        <w:rPr>
          <w:rFonts w:ascii="Aptos" w:eastAsia="Aptos" w:hAnsi="Aptos"/>
          <w:b w:val="0"/>
          <w:lang w:val="ru-RU"/>
        </w:rPr>
        <w:t xml:space="preserve"> 10/11</w:t>
      </w:r>
    </w:p>
    <w:p w14:paraId="4333BE9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Скачать:</w:t>
      </w:r>
    </w:p>
    <w:p w14:paraId="33227B59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developer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tools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releases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platform</w:t>
      </w:r>
      <w:r w:rsidRPr="00475C72">
        <w:rPr>
          <w:rFonts w:eastAsia="Consolas"/>
          <w:lang w:val="ru-RU"/>
        </w:rPr>
        <w:t>-</w:t>
      </w:r>
      <w:r>
        <w:rPr>
          <w:rFonts w:eastAsia="Consolas"/>
        </w:rPr>
        <w:t>tools</w:t>
      </w:r>
    </w:p>
    <w:p w14:paraId="4CE2C16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Распаковать в:</w:t>
      </w:r>
    </w:p>
    <w:p w14:paraId="32234000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C</w:t>
      </w:r>
      <w:r w:rsidRPr="00475C72">
        <w:rPr>
          <w:rFonts w:eastAsia="Consolas"/>
          <w:lang w:val="ru-RU"/>
        </w:rPr>
        <w:t>:\</w:t>
      </w:r>
      <w:r>
        <w:rPr>
          <w:rFonts w:eastAsia="Consolas"/>
        </w:rPr>
        <w:t>ADB</w:t>
      </w:r>
      <w:r w:rsidRPr="00475C72">
        <w:rPr>
          <w:rFonts w:eastAsia="Consolas"/>
          <w:lang w:val="ru-RU"/>
        </w:rPr>
        <w:t>\</w:t>
      </w:r>
      <w:r>
        <w:rPr>
          <w:rFonts w:eastAsia="Consolas"/>
        </w:rPr>
        <w:t>platform</w:t>
      </w:r>
      <w:r w:rsidRPr="00475C72">
        <w:rPr>
          <w:rFonts w:eastAsia="Consolas"/>
          <w:lang w:val="ru-RU"/>
        </w:rPr>
        <w:t>-</w:t>
      </w:r>
      <w:r>
        <w:rPr>
          <w:rFonts w:eastAsia="Consolas"/>
        </w:rPr>
        <w:t>tools</w:t>
      </w:r>
    </w:p>
    <w:p w14:paraId="0D5B0BD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Открыть </w:t>
      </w:r>
      <w:r>
        <w:rPr>
          <w:rFonts w:eastAsia="Aptos"/>
        </w:rPr>
        <w:t>PowerShell</w:t>
      </w:r>
      <w:r w:rsidRPr="00475C72">
        <w:rPr>
          <w:rFonts w:eastAsia="Aptos"/>
          <w:lang w:val="ru-RU"/>
        </w:rPr>
        <w:t xml:space="preserve"> в этой папке.</w:t>
      </w:r>
    </w:p>
    <w:p w14:paraId="78E196F5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Проверить:</w:t>
      </w:r>
    </w:p>
    <w:p w14:paraId="01693822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.\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exe</w:t>
      </w:r>
      <w:r w:rsidRPr="00475C72">
        <w:rPr>
          <w:rFonts w:eastAsia="Consolas"/>
          <w:lang w:val="ru-RU"/>
        </w:rPr>
        <w:t xml:space="preserve"> </w:t>
      </w:r>
      <w:r>
        <w:rPr>
          <w:rFonts w:eastAsia="Consolas"/>
        </w:rPr>
        <w:t>version</w:t>
      </w:r>
    </w:p>
    <w:p w14:paraId="3C9B1F08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lastRenderedPageBreak/>
        <w:t xml:space="preserve">На </w:t>
      </w:r>
      <w:r>
        <w:rPr>
          <w:rFonts w:ascii="Aptos" w:eastAsia="Aptos" w:hAnsi="Aptos"/>
          <w:b w:val="0"/>
        </w:rPr>
        <w:t>Dune</w:t>
      </w:r>
    </w:p>
    <w:p w14:paraId="260255F8" w14:textId="77777777" w:rsidR="009568FE" w:rsidRDefault="00000000">
      <w:pPr>
        <w:rPr>
          <w:rFonts w:hint="eastAsia"/>
        </w:rPr>
      </w:pPr>
      <w:r>
        <w:rPr>
          <w:rFonts w:eastAsia="Aptos"/>
        </w:rPr>
        <w:t>Включить:</w:t>
      </w:r>
    </w:p>
    <w:p w14:paraId="42A8C4CA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Developer settings</w:t>
      </w:r>
      <w:r>
        <w:rPr>
          <w:rFonts w:eastAsia="Consolas"/>
        </w:rPr>
        <w:br/>
        <w:t>USB debugging</w:t>
      </w:r>
    </w:p>
    <w:p w14:paraId="5F924DFA" w14:textId="77777777" w:rsidR="009568FE" w:rsidRDefault="00000000">
      <w:pPr>
        <w:rPr>
          <w:rFonts w:hint="eastAsia"/>
        </w:rPr>
      </w:pPr>
      <w:r>
        <w:rPr>
          <w:rFonts w:eastAsia="Aptos"/>
        </w:rPr>
        <w:t>Узнать IP, например:</w:t>
      </w:r>
    </w:p>
    <w:p w14:paraId="0AC64C6F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192.168.1.50</w:t>
      </w:r>
    </w:p>
    <w:p w14:paraId="746F0547" w14:textId="77777777" w:rsidR="009568FE" w:rsidRDefault="00000000">
      <w:pPr>
        <w:pStyle w:val="1"/>
      </w:pPr>
      <w:r>
        <w:rPr>
          <w:rFonts w:ascii="Aptos" w:eastAsia="Aptos" w:hAnsi="Aptos"/>
          <w:b w:val="0"/>
        </w:rPr>
        <w:t>Подключиться</w:t>
      </w:r>
    </w:p>
    <w:p w14:paraId="622A7585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connect 192.168.1.50</w:t>
      </w:r>
      <w:r>
        <w:rPr>
          <w:rFonts w:eastAsia="Consolas"/>
        </w:rPr>
        <w:br/>
        <w:t>.\adb.exe devices</w:t>
      </w:r>
    </w:p>
    <w:p w14:paraId="11EB4B8E" w14:textId="77777777" w:rsidR="009568FE" w:rsidRDefault="00000000">
      <w:pPr>
        <w:rPr>
          <w:rFonts w:hint="eastAsia"/>
        </w:rPr>
      </w:pPr>
      <w:r>
        <w:rPr>
          <w:rFonts w:eastAsia="Aptos"/>
        </w:rPr>
        <w:t xml:space="preserve">Должно быть </w:t>
      </w:r>
      <w:r>
        <w:rPr>
          <w:rFonts w:ascii="Consolas" w:eastAsia="Consolas" w:hAnsi="Consolas"/>
          <w:color w:val="464646"/>
          <w:sz w:val="19"/>
        </w:rPr>
        <w:t>device</w:t>
      </w:r>
      <w:r>
        <w:rPr>
          <w:rFonts w:eastAsia="Aptos"/>
        </w:rPr>
        <w:t>.</w:t>
      </w:r>
    </w:p>
    <w:p w14:paraId="0ABE5111" w14:textId="77777777" w:rsidR="009568FE" w:rsidRDefault="00000000">
      <w:pPr>
        <w:pStyle w:val="1"/>
      </w:pPr>
      <w:r>
        <w:rPr>
          <w:rFonts w:ascii="Aptos" w:eastAsia="Aptos" w:hAnsi="Aptos"/>
          <w:b w:val="0"/>
        </w:rPr>
        <w:t>Проверить root</w:t>
      </w:r>
    </w:p>
    <w:p w14:paraId="4238C1C8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.\adb.exe shell id</w:t>
      </w:r>
    </w:p>
    <w:p w14:paraId="166EEFDF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Желательно </w:t>
      </w:r>
      <w:proofErr w:type="spellStart"/>
      <w:r>
        <w:rPr>
          <w:rFonts w:ascii="Consolas" w:eastAsia="Consolas" w:hAnsi="Consolas"/>
          <w:color w:val="464646"/>
          <w:sz w:val="19"/>
        </w:rPr>
        <w:t>uid</w:t>
      </w:r>
      <w:proofErr w:type="spellEnd"/>
      <w:r w:rsidRPr="00475C72">
        <w:rPr>
          <w:rFonts w:ascii="Consolas" w:eastAsia="Consolas" w:hAnsi="Consolas"/>
          <w:color w:val="464646"/>
          <w:sz w:val="19"/>
          <w:lang w:val="ru-RU"/>
        </w:rPr>
        <w:t>=0(</w:t>
      </w:r>
      <w:r>
        <w:rPr>
          <w:rFonts w:ascii="Consolas" w:eastAsia="Consolas" w:hAnsi="Consolas"/>
          <w:color w:val="464646"/>
          <w:sz w:val="19"/>
        </w:rPr>
        <w:t>root</w:t>
      </w:r>
      <w:r w:rsidRPr="00475C72">
        <w:rPr>
          <w:rFonts w:ascii="Consolas" w:eastAsia="Consolas" w:hAnsi="Consolas"/>
          <w:color w:val="464646"/>
          <w:sz w:val="19"/>
          <w:lang w:val="ru-RU"/>
        </w:rPr>
        <w:t>)</w:t>
      </w:r>
      <w:r w:rsidRPr="00475C72">
        <w:rPr>
          <w:rFonts w:eastAsia="Aptos"/>
          <w:lang w:val="ru-RU"/>
        </w:rPr>
        <w:t>.</w:t>
      </w:r>
    </w:p>
    <w:p w14:paraId="38F50C2A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Получить </w:t>
      </w:r>
      <w:r>
        <w:rPr>
          <w:rFonts w:ascii="Aptos" w:eastAsia="Aptos" w:hAnsi="Aptos"/>
          <w:b w:val="0"/>
        </w:rPr>
        <w:t>GSF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ID</w:t>
      </w:r>
    </w:p>
    <w:p w14:paraId="2BE06C0B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"</w:t>
      </w:r>
      <w:proofErr w:type="gramStart"/>
      <w:r>
        <w:rPr>
          <w:rFonts w:eastAsia="Consolas"/>
        </w:rPr>
        <w:t>select</w:t>
      </w:r>
      <w:proofErr w:type="gramEnd"/>
      <w:r>
        <w:rPr>
          <w:rFonts w:eastAsia="Consolas"/>
        </w:rPr>
        <w:t xml:space="preserve"> </w:t>
      </w:r>
      <w:proofErr w:type="spellStart"/>
      <w:proofErr w:type="gramStart"/>
      <w:r>
        <w:rPr>
          <w:rFonts w:eastAsia="Consolas"/>
        </w:rPr>
        <w:t>name,value</w:t>
      </w:r>
      <w:proofErr w:type="spellEnd"/>
      <w:proofErr w:type="gramEnd"/>
      <w:r>
        <w:rPr>
          <w:rFonts w:eastAsia="Consolas"/>
        </w:rPr>
        <w:t xml:space="preserve"> from main where name='android_id';" | .\adb.exe shell sqlite3 /data/data/com.google.android.gsf/databases/gservices.db</w:t>
      </w:r>
    </w:p>
    <w:p w14:paraId="5B9DB218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Получили, например:</w:t>
      </w:r>
    </w:p>
    <w:p w14:paraId="4BC6233A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id</w:t>
      </w:r>
      <w:r w:rsidRPr="00475C72">
        <w:rPr>
          <w:rFonts w:eastAsia="Consolas"/>
          <w:lang w:val="ru-RU"/>
        </w:rPr>
        <w:t>|1234567890123456789</w:t>
      </w:r>
    </w:p>
    <w:p w14:paraId="0B42401D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Перевести в </w:t>
      </w:r>
      <w:r>
        <w:rPr>
          <w:rFonts w:ascii="Aptos" w:eastAsia="Aptos" w:hAnsi="Aptos"/>
          <w:b w:val="0"/>
        </w:rPr>
        <w:t>HEX</w:t>
      </w:r>
    </w:p>
    <w:p w14:paraId="07A25C6D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 w:rsidRPr="00475C72">
        <w:rPr>
          <w:rFonts w:eastAsia="Consolas"/>
          <w:lang w:val="ru-RU"/>
        </w:rPr>
        <w:t>$</w:t>
      </w:r>
      <w:proofErr w:type="spellStart"/>
      <w:r>
        <w:rPr>
          <w:rFonts w:eastAsia="Consolas"/>
        </w:rPr>
        <w:t>gsf</w:t>
      </w:r>
      <w:proofErr w:type="spellEnd"/>
      <w:r w:rsidRPr="00475C72">
        <w:rPr>
          <w:rFonts w:eastAsia="Consolas"/>
          <w:lang w:val="ru-RU"/>
        </w:rPr>
        <w:t xml:space="preserve"> = [</w:t>
      </w:r>
      <w:r>
        <w:rPr>
          <w:rFonts w:eastAsia="Consolas"/>
        </w:rPr>
        <w:t>Int</w:t>
      </w:r>
      <w:r w:rsidRPr="00475C72">
        <w:rPr>
          <w:rFonts w:eastAsia="Consolas"/>
          <w:lang w:val="ru-RU"/>
        </w:rPr>
        <w:t>64]1234567890123456789</w:t>
      </w:r>
      <w:r w:rsidRPr="00475C72">
        <w:rPr>
          <w:rFonts w:eastAsia="Consolas"/>
          <w:lang w:val="ru-RU"/>
        </w:rPr>
        <w:br/>
        <w:t>"{0:</w:t>
      </w:r>
      <w:r>
        <w:rPr>
          <w:rFonts w:eastAsia="Consolas"/>
        </w:rPr>
        <w:t>x</w:t>
      </w:r>
      <w:r w:rsidRPr="00475C72">
        <w:rPr>
          <w:rFonts w:eastAsia="Consolas"/>
          <w:lang w:val="ru-RU"/>
        </w:rPr>
        <w:t>16}" -</w:t>
      </w:r>
      <w:r>
        <w:rPr>
          <w:rFonts w:eastAsia="Consolas"/>
        </w:rPr>
        <w:t>f</w:t>
      </w:r>
      <w:r w:rsidRPr="00475C72">
        <w:rPr>
          <w:rFonts w:eastAsia="Consolas"/>
          <w:lang w:val="ru-RU"/>
        </w:rPr>
        <w:t xml:space="preserve"> $</w:t>
      </w:r>
      <w:proofErr w:type="spellStart"/>
      <w:r>
        <w:rPr>
          <w:rFonts w:eastAsia="Consolas"/>
        </w:rPr>
        <w:t>gsf</w:t>
      </w:r>
      <w:proofErr w:type="spellEnd"/>
    </w:p>
    <w:p w14:paraId="7AC06470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>Зарегистрировать</w:t>
      </w:r>
    </w:p>
    <w:p w14:paraId="41DA0849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www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uncertified</w:t>
      </w:r>
      <w:r w:rsidRPr="00475C72">
        <w:rPr>
          <w:rFonts w:eastAsia="Consolas"/>
          <w:lang w:val="ru-RU"/>
        </w:rPr>
        <w:t>/</w:t>
      </w:r>
    </w:p>
    <w:p w14:paraId="647CAC1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Ввести </w:t>
      </w:r>
      <w:r>
        <w:rPr>
          <w:rFonts w:eastAsia="Aptos"/>
        </w:rPr>
        <w:t>HEX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GSF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ID</w:t>
      </w:r>
      <w:r w:rsidRPr="00475C72">
        <w:rPr>
          <w:rFonts w:eastAsia="Aptos"/>
          <w:lang w:val="ru-RU"/>
        </w:rPr>
        <w:t>.</w:t>
      </w:r>
    </w:p>
    <w:p w14:paraId="1DE1CFF6" w14:textId="77777777" w:rsidR="009568FE" w:rsidRPr="00475C72" w:rsidRDefault="00000000">
      <w:pPr>
        <w:pStyle w:val="1"/>
        <w:rPr>
          <w:lang w:val="ru-RU"/>
        </w:rPr>
      </w:pPr>
      <w:r w:rsidRPr="00475C72">
        <w:rPr>
          <w:rFonts w:ascii="Aptos" w:eastAsia="Aptos" w:hAnsi="Aptos"/>
          <w:b w:val="0"/>
          <w:lang w:val="ru-RU"/>
        </w:rPr>
        <w:t xml:space="preserve">Перезапустить </w:t>
      </w: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>-службы</w:t>
      </w:r>
    </w:p>
    <w:p w14:paraId="7AF3C44A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 xml:space="preserve">.\adb.exe shell am force-stop </w:t>
      </w:r>
      <w:proofErr w:type="gramStart"/>
      <w:r>
        <w:rPr>
          <w:rFonts w:eastAsia="Consolas"/>
        </w:rPr>
        <w:t>com.android</w:t>
      </w:r>
      <w:proofErr w:type="gramEnd"/>
      <w:r>
        <w:rPr>
          <w:rFonts w:eastAsia="Consolas"/>
        </w:rPr>
        <w:t>.vending</w:t>
      </w:r>
      <w:r>
        <w:rPr>
          <w:rFonts w:eastAsia="Consolas"/>
        </w:rPr>
        <w:br/>
        <w:t>.\adb.exe shell am force-stop com.google.android.gms</w:t>
      </w:r>
      <w:r>
        <w:rPr>
          <w:rFonts w:eastAsia="Consolas"/>
        </w:rPr>
        <w:br/>
        <w:t>.\adb.exe shell am force-stop com.google.android.gsf</w:t>
      </w:r>
    </w:p>
    <w:p w14:paraId="74BE465D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>Штатно перезагрузить приставку.</w:t>
      </w:r>
    </w:p>
    <w:p w14:paraId="429E44D0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Добавить или переподключить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>-аккаунт.</w:t>
      </w:r>
    </w:p>
    <w:p w14:paraId="4CC2B01C" w14:textId="77777777" w:rsidR="009568FE" w:rsidRPr="00475C72" w:rsidRDefault="00000000">
      <w:pPr>
        <w:rPr>
          <w:rFonts w:hint="eastAsia"/>
          <w:lang w:val="ru-RU"/>
        </w:rPr>
      </w:pPr>
      <w:r w:rsidRPr="00475C72">
        <w:rPr>
          <w:rFonts w:eastAsia="Aptos"/>
          <w:lang w:val="ru-RU"/>
        </w:rPr>
        <w:t xml:space="preserve">Проверить установку приложения из </w:t>
      </w:r>
      <w:r>
        <w:rPr>
          <w:rFonts w:eastAsia="Aptos"/>
        </w:rPr>
        <w:t>Google</w:t>
      </w:r>
      <w:r w:rsidRPr="00475C72">
        <w:rPr>
          <w:rFonts w:eastAsia="Aptos"/>
          <w:lang w:val="ru-RU"/>
        </w:rPr>
        <w:t xml:space="preserve"> </w:t>
      </w:r>
      <w:r>
        <w:rPr>
          <w:rFonts w:eastAsia="Aptos"/>
        </w:rPr>
        <w:t>Play</w:t>
      </w:r>
      <w:r w:rsidRPr="00475C72">
        <w:rPr>
          <w:rFonts w:eastAsia="Aptos"/>
          <w:lang w:val="ru-RU"/>
        </w:rPr>
        <w:t>.</w:t>
      </w:r>
    </w:p>
    <w:p w14:paraId="63EB0620" w14:textId="77777777" w:rsidR="009568FE" w:rsidRPr="00475C72" w:rsidRDefault="009568FE">
      <w:pPr>
        <w:pBdr>
          <w:bottom w:val="single" w:sz="5" w:space="0" w:color="D9E2F3"/>
        </w:pBdr>
        <w:spacing w:before="100" w:after="100"/>
        <w:rPr>
          <w:rFonts w:hint="eastAsia"/>
          <w:lang w:val="ru-RU"/>
        </w:rPr>
      </w:pPr>
    </w:p>
    <w:p w14:paraId="4A56DF4D" w14:textId="644067E0" w:rsidR="009568FE" w:rsidRDefault="00000000">
      <w:pPr>
        <w:pStyle w:val="aa"/>
        <w:spacing w:after="200"/>
        <w:jc w:val="center"/>
      </w:pPr>
      <w:r>
        <w:rPr>
          <w:rFonts w:ascii="Aptos" w:eastAsia="Aptos" w:hAnsi="Aptos"/>
          <w:b w:val="0"/>
        </w:rPr>
        <w:lastRenderedPageBreak/>
        <w:t>2</w:t>
      </w:r>
      <w:r w:rsidR="00F10D6F">
        <w:rPr>
          <w:rFonts w:ascii="Aptos" w:eastAsia="Aptos" w:hAnsi="Aptos"/>
          <w:b w:val="0"/>
        </w:rPr>
        <w:t>2</w:t>
      </w:r>
      <w:r>
        <w:rPr>
          <w:rFonts w:ascii="Aptos" w:eastAsia="Aptos" w:hAnsi="Aptos"/>
          <w:b w:val="0"/>
        </w:rPr>
        <w:t>. Официальные ссылки</w:t>
      </w:r>
    </w:p>
    <w:p w14:paraId="01C17979" w14:textId="77777777" w:rsidR="009568FE" w:rsidRDefault="00000000">
      <w:pPr>
        <w:pStyle w:val="1"/>
      </w:pPr>
      <w:r>
        <w:rPr>
          <w:rFonts w:ascii="Aptos" w:eastAsia="Aptos" w:hAnsi="Aptos"/>
          <w:b w:val="0"/>
        </w:rPr>
        <w:t>Google Android SDK Platform-Tools</w:t>
      </w:r>
    </w:p>
    <w:p w14:paraId="765DCB07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https://developer.android.com/tools/releases/platform-tools</w:t>
      </w:r>
    </w:p>
    <w:p w14:paraId="0742D4F8" w14:textId="77777777" w:rsidR="009568FE" w:rsidRPr="00475C72" w:rsidRDefault="00000000">
      <w:pPr>
        <w:pStyle w:val="1"/>
        <w:rPr>
          <w:lang w:val="ru-RU"/>
        </w:rPr>
      </w:pPr>
      <w:r>
        <w:rPr>
          <w:rFonts w:ascii="Aptos" w:eastAsia="Aptos" w:hAnsi="Aptos"/>
          <w:b w:val="0"/>
        </w:rPr>
        <w:t>Google</w:t>
      </w:r>
      <w:r w:rsidRPr="00475C72">
        <w:rPr>
          <w:rFonts w:ascii="Aptos" w:eastAsia="Aptos" w:hAnsi="Aptos"/>
          <w:b w:val="0"/>
          <w:lang w:val="ru-RU"/>
        </w:rPr>
        <w:t xml:space="preserve"> — регистрация несертифицированного устройства</w:t>
      </w:r>
    </w:p>
    <w:p w14:paraId="29F0D73B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www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google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android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uncertified</w:t>
      </w:r>
      <w:r w:rsidRPr="00475C72">
        <w:rPr>
          <w:rFonts w:eastAsia="Consolas"/>
          <w:lang w:val="ru-RU"/>
        </w:rPr>
        <w:t>/</w:t>
      </w:r>
    </w:p>
    <w:p w14:paraId="177DC190" w14:textId="77777777" w:rsidR="009568FE" w:rsidRPr="00475C72" w:rsidRDefault="00000000">
      <w:pPr>
        <w:pStyle w:val="1"/>
        <w:rPr>
          <w:lang w:val="ru-RU"/>
        </w:rPr>
      </w:pPr>
      <w:r>
        <w:rPr>
          <w:rFonts w:ascii="Aptos" w:eastAsia="Aptos" w:hAnsi="Aptos"/>
          <w:b w:val="0"/>
        </w:rPr>
        <w:t>Dune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HD</w:t>
      </w:r>
      <w:r w:rsidRPr="00475C72">
        <w:rPr>
          <w:rFonts w:ascii="Aptos" w:eastAsia="Aptos" w:hAnsi="Aptos"/>
          <w:b w:val="0"/>
          <w:lang w:val="ru-RU"/>
        </w:rPr>
        <w:t xml:space="preserve"> — официальная документация по </w:t>
      </w:r>
      <w:r>
        <w:rPr>
          <w:rFonts w:ascii="Aptos" w:eastAsia="Aptos" w:hAnsi="Aptos"/>
          <w:b w:val="0"/>
        </w:rPr>
        <w:t>ADB</w:t>
      </w:r>
    </w:p>
    <w:p w14:paraId="4E775D98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files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hd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proofErr w:type="spellStart"/>
      <w:r>
        <w:rPr>
          <w:rFonts w:eastAsia="Consolas"/>
        </w:rPr>
        <w:t>sdk</w:t>
      </w:r>
      <w:proofErr w:type="spellEnd"/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doc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html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devel</w:t>
      </w:r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info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html</w:t>
      </w:r>
    </w:p>
    <w:p w14:paraId="544E7778" w14:textId="77777777" w:rsidR="009568FE" w:rsidRPr="00475C72" w:rsidRDefault="00000000">
      <w:pPr>
        <w:pStyle w:val="1"/>
        <w:rPr>
          <w:lang w:val="ru-RU"/>
        </w:rPr>
      </w:pPr>
      <w:r>
        <w:rPr>
          <w:rFonts w:ascii="Aptos" w:eastAsia="Aptos" w:hAnsi="Aptos"/>
          <w:b w:val="0"/>
        </w:rPr>
        <w:t>Dune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HD</w:t>
      </w:r>
      <w:r w:rsidRPr="00475C72">
        <w:rPr>
          <w:rFonts w:ascii="Aptos" w:eastAsia="Aptos" w:hAnsi="Aptos"/>
          <w:b w:val="0"/>
          <w:lang w:val="ru-RU"/>
        </w:rPr>
        <w:t xml:space="preserve"> — официальный сервисный файл включения </w:t>
      </w:r>
      <w:r>
        <w:rPr>
          <w:rFonts w:ascii="Aptos" w:eastAsia="Aptos" w:hAnsi="Aptos"/>
          <w:b w:val="0"/>
        </w:rPr>
        <w:t>ADB</w:t>
      </w:r>
    </w:p>
    <w:p w14:paraId="614A1BF8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files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hd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proofErr w:type="spellStart"/>
      <w:r>
        <w:rPr>
          <w:rFonts w:eastAsia="Consolas"/>
        </w:rPr>
        <w:t>sdk</w:t>
      </w:r>
      <w:proofErr w:type="spellEnd"/>
      <w:r w:rsidRPr="00475C72">
        <w:rPr>
          <w:rFonts w:eastAsia="Consolas"/>
          <w:lang w:val="ru-RU"/>
        </w:rPr>
        <w:t>/</w:t>
      </w:r>
      <w:proofErr w:type="spellStart"/>
      <w:r>
        <w:rPr>
          <w:rFonts w:eastAsia="Consolas"/>
        </w:rPr>
        <w:t>misc</w:t>
      </w:r>
      <w:proofErr w:type="spellEnd"/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service</w:t>
      </w:r>
      <w:r w:rsidRPr="00475C72">
        <w:rPr>
          <w:rFonts w:eastAsia="Consolas"/>
          <w:lang w:val="ru-RU"/>
        </w:rPr>
        <w:t>_</w:t>
      </w:r>
      <w:proofErr w:type="spellStart"/>
      <w:r>
        <w:rPr>
          <w:rFonts w:eastAsia="Consolas"/>
        </w:rPr>
        <w:t>adb</w:t>
      </w:r>
      <w:proofErr w:type="spellEnd"/>
      <w:r w:rsidRPr="00475C72">
        <w:rPr>
          <w:rFonts w:eastAsia="Consolas"/>
          <w:lang w:val="ru-RU"/>
        </w:rPr>
        <w:t>_</w:t>
      </w:r>
      <w:r>
        <w:rPr>
          <w:rFonts w:eastAsia="Consolas"/>
        </w:rPr>
        <w:t>enable</w:t>
      </w:r>
      <w:r w:rsidRPr="00475C72">
        <w:rPr>
          <w:rFonts w:eastAsia="Consolas"/>
          <w:lang w:val="ru-RU"/>
        </w:rPr>
        <w:t>.</w:t>
      </w:r>
      <w:proofErr w:type="spellStart"/>
      <w:r>
        <w:rPr>
          <w:rFonts w:eastAsia="Consolas"/>
        </w:rPr>
        <w:t>dsf</w:t>
      </w:r>
      <w:proofErr w:type="spellEnd"/>
    </w:p>
    <w:p w14:paraId="731FF014" w14:textId="77777777" w:rsidR="009568FE" w:rsidRPr="00475C72" w:rsidRDefault="00000000">
      <w:pPr>
        <w:pStyle w:val="1"/>
        <w:rPr>
          <w:lang w:val="ru-RU"/>
        </w:rPr>
      </w:pPr>
      <w:r>
        <w:rPr>
          <w:rFonts w:ascii="Aptos" w:eastAsia="Aptos" w:hAnsi="Aptos"/>
          <w:b w:val="0"/>
        </w:rPr>
        <w:t>Dune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r>
        <w:rPr>
          <w:rFonts w:ascii="Aptos" w:eastAsia="Aptos" w:hAnsi="Aptos"/>
          <w:b w:val="0"/>
        </w:rPr>
        <w:t>HD</w:t>
      </w:r>
      <w:r w:rsidRPr="00475C72">
        <w:rPr>
          <w:rFonts w:ascii="Aptos" w:eastAsia="Aptos" w:hAnsi="Aptos"/>
          <w:b w:val="0"/>
          <w:lang w:val="ru-RU"/>
        </w:rPr>
        <w:t xml:space="preserve"> </w:t>
      </w:r>
      <w:proofErr w:type="spellStart"/>
      <w:r>
        <w:rPr>
          <w:rFonts w:ascii="Aptos" w:eastAsia="Aptos" w:hAnsi="Aptos"/>
          <w:b w:val="0"/>
        </w:rPr>
        <w:t>RealBox</w:t>
      </w:r>
      <w:proofErr w:type="spellEnd"/>
      <w:r w:rsidRPr="00475C72">
        <w:rPr>
          <w:rFonts w:ascii="Aptos" w:eastAsia="Aptos" w:hAnsi="Aptos"/>
          <w:b w:val="0"/>
          <w:lang w:val="ru-RU"/>
        </w:rPr>
        <w:t xml:space="preserve"> 4</w:t>
      </w:r>
      <w:r>
        <w:rPr>
          <w:rFonts w:ascii="Aptos" w:eastAsia="Aptos" w:hAnsi="Aptos"/>
          <w:b w:val="0"/>
        </w:rPr>
        <w:t>K</w:t>
      </w:r>
      <w:r w:rsidRPr="00475C72">
        <w:rPr>
          <w:rFonts w:ascii="Aptos" w:eastAsia="Aptos" w:hAnsi="Aptos"/>
          <w:b w:val="0"/>
          <w:lang w:val="ru-RU"/>
        </w:rPr>
        <w:t xml:space="preserve"> — страница модели</w:t>
      </w:r>
    </w:p>
    <w:p w14:paraId="2B4A1A31" w14:textId="77777777" w:rsidR="009568FE" w:rsidRPr="00475C72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  <w:lang w:val="ru-RU"/>
        </w:rPr>
      </w:pPr>
      <w:r>
        <w:rPr>
          <w:rFonts w:eastAsia="Consolas"/>
        </w:rPr>
        <w:t>https</w:t>
      </w:r>
      <w:r w:rsidRPr="00475C72">
        <w:rPr>
          <w:rFonts w:eastAsia="Consolas"/>
          <w:lang w:val="ru-RU"/>
        </w:rPr>
        <w:t>://</w:t>
      </w:r>
      <w:r>
        <w:rPr>
          <w:rFonts w:eastAsia="Consolas"/>
        </w:rPr>
        <w:t>www</w:t>
      </w:r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hd</w:t>
      </w:r>
      <w:proofErr w:type="spellEnd"/>
      <w:r w:rsidRPr="00475C72">
        <w:rPr>
          <w:rFonts w:eastAsia="Consolas"/>
          <w:lang w:val="ru-RU"/>
        </w:rPr>
        <w:t>.</w:t>
      </w:r>
      <w:r>
        <w:rPr>
          <w:rFonts w:eastAsia="Consolas"/>
        </w:rPr>
        <w:t>com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products</w:t>
      </w:r>
      <w:r w:rsidRPr="00475C72">
        <w:rPr>
          <w:rFonts w:eastAsia="Consolas"/>
          <w:lang w:val="ru-RU"/>
        </w:rPr>
        <w:t>/</w:t>
      </w:r>
      <w:r>
        <w:rPr>
          <w:rFonts w:eastAsia="Consolas"/>
        </w:rPr>
        <w:t>dune</w:t>
      </w:r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hd</w:t>
      </w:r>
      <w:proofErr w:type="spellEnd"/>
      <w:r w:rsidRPr="00475C72">
        <w:rPr>
          <w:rFonts w:eastAsia="Consolas"/>
          <w:lang w:val="ru-RU"/>
        </w:rPr>
        <w:t>-</w:t>
      </w:r>
      <w:proofErr w:type="spellStart"/>
      <w:r>
        <w:rPr>
          <w:rFonts w:eastAsia="Consolas"/>
        </w:rPr>
        <w:t>realbox</w:t>
      </w:r>
      <w:proofErr w:type="spellEnd"/>
      <w:r w:rsidRPr="00475C72">
        <w:rPr>
          <w:rFonts w:eastAsia="Consolas"/>
          <w:lang w:val="ru-RU"/>
        </w:rPr>
        <w:t>-4</w:t>
      </w:r>
      <w:r>
        <w:rPr>
          <w:rFonts w:eastAsia="Consolas"/>
        </w:rPr>
        <w:t>k</w:t>
      </w:r>
    </w:p>
    <w:p w14:paraId="54DB8511" w14:textId="77777777" w:rsidR="009568FE" w:rsidRDefault="00000000">
      <w:pPr>
        <w:pStyle w:val="1"/>
      </w:pPr>
      <w:r>
        <w:rPr>
          <w:rFonts w:ascii="Aptos" w:eastAsia="Aptos" w:hAnsi="Aptos"/>
          <w:b w:val="0"/>
        </w:rPr>
        <w:t>Прошивки Dune HD RealBox 4K</w:t>
      </w:r>
    </w:p>
    <w:p w14:paraId="048CD105" w14:textId="77777777" w:rsidR="009568FE" w:rsidRDefault="00000000">
      <w:pPr>
        <w:pStyle w:val="CodeBlock"/>
        <w:pBdr>
          <w:left w:val="single" w:sz="12" w:space="6" w:color="5B9BD5"/>
        </w:pBdr>
        <w:shd w:val="clear" w:color="auto" w:fill="F3F6F9"/>
        <w:rPr>
          <w:rFonts w:hint="eastAsia"/>
        </w:rPr>
      </w:pPr>
      <w:r>
        <w:rPr>
          <w:rFonts w:eastAsia="Consolas"/>
        </w:rPr>
        <w:t>https://dune-hd.com/firmware/realbox4k/</w:t>
      </w:r>
    </w:p>
    <w:p w14:paraId="293B5940" w14:textId="77777777" w:rsidR="009568FE" w:rsidRDefault="009568FE">
      <w:pPr>
        <w:pBdr>
          <w:bottom w:val="single" w:sz="5" w:space="0" w:color="D9E2F3"/>
        </w:pBdr>
        <w:spacing w:before="100" w:after="100"/>
        <w:rPr>
          <w:rFonts w:hint="eastAsia"/>
        </w:rPr>
      </w:pPr>
    </w:p>
    <w:sectPr w:rsidR="009568FE" w:rsidSect="00034616">
      <w:headerReference w:type="default" r:id="rId8"/>
      <w:footerReference w:type="default" r:id="rId9"/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3FFCA" w14:textId="77777777" w:rsidR="00905748" w:rsidRDefault="0090574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E3902EC" w14:textId="77777777" w:rsidR="00905748" w:rsidRDefault="0090574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BDDF" w14:textId="51399587" w:rsidR="009568FE" w:rsidRPr="00475C72" w:rsidRDefault="009568FE">
    <w:pPr>
      <w:pStyle w:val="a7"/>
      <w:jc w:val="center"/>
      <w:rPr>
        <w:rFonts w:hint="eastAsia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ABE5C" w14:textId="77777777" w:rsidR="00905748" w:rsidRDefault="0090574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93F1564" w14:textId="77777777" w:rsidR="00905748" w:rsidRDefault="0090574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A6DE2" w14:textId="179BA955" w:rsidR="009568FE" w:rsidRDefault="009568FE">
    <w:pPr>
      <w:pStyle w:val="a5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7183465">
    <w:abstractNumId w:val="8"/>
  </w:num>
  <w:num w:numId="2" w16cid:durableId="1099643750">
    <w:abstractNumId w:val="6"/>
  </w:num>
  <w:num w:numId="3" w16cid:durableId="834615648">
    <w:abstractNumId w:val="5"/>
  </w:num>
  <w:num w:numId="4" w16cid:durableId="1874421047">
    <w:abstractNumId w:val="4"/>
  </w:num>
  <w:num w:numId="5" w16cid:durableId="1083795165">
    <w:abstractNumId w:val="7"/>
  </w:num>
  <w:num w:numId="6" w16cid:durableId="556746359">
    <w:abstractNumId w:val="3"/>
  </w:num>
  <w:num w:numId="7" w16cid:durableId="2127654588">
    <w:abstractNumId w:val="2"/>
  </w:num>
  <w:num w:numId="8" w16cid:durableId="290206422">
    <w:abstractNumId w:val="1"/>
  </w:num>
  <w:num w:numId="9" w16cid:durableId="121800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75C72"/>
    <w:rsid w:val="004B210A"/>
    <w:rsid w:val="00905748"/>
    <w:rsid w:val="009568FE"/>
    <w:rsid w:val="00A83551"/>
    <w:rsid w:val="00AA1D8D"/>
    <w:rsid w:val="00B47730"/>
    <w:rsid w:val="00CB0664"/>
    <w:rsid w:val="00E1141E"/>
    <w:rsid w:val="00F10D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7C1968"/>
  <w14:defaultImageDpi w14:val="300"/>
  <w15:docId w15:val="{B017ACEA-F9A3-4368-B5B9-C1108266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259" w:lineRule="auto"/>
    </w:pPr>
    <w:rPr>
      <w:rFonts w:ascii="Aptos" w:hAnsi="Aptos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40" w:after="100"/>
      <w:outlineLvl w:val="0"/>
    </w:pPr>
    <w:rPr>
      <w:rFonts w:asciiTheme="majorHAnsi" w:eastAsiaTheme="majorEastAsia" w:hAnsiTheme="majorHAnsi" w:cstheme="majorBidi"/>
      <w:b/>
      <w:bCs/>
      <w:color w:val="1F4E79"/>
      <w:sz w:val="3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40" w:after="100"/>
      <w:outlineLvl w:val="1"/>
    </w:pPr>
    <w:rPr>
      <w:rFonts w:asciiTheme="majorHAnsi" w:eastAsiaTheme="majorEastAsia" w:hAnsiTheme="majorHAnsi" w:cstheme="majorBidi"/>
      <w:b/>
      <w:bCs/>
      <w:color w:val="2F5478"/>
      <w:sz w:val="27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40" w:after="100"/>
      <w:outlineLvl w:val="2"/>
    </w:pPr>
    <w:rPr>
      <w:rFonts w:asciiTheme="majorHAnsi" w:eastAsiaTheme="majorEastAsia" w:hAnsiTheme="majorHAnsi" w:cstheme="majorBidi"/>
      <w:b/>
      <w:bCs/>
      <w:color w:val="464646"/>
      <w:sz w:val="23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pBdr>
        <w:bottom w:val="single" w:sz="8" w:space="4" w:color="4F81BD" w:themeColor="accent1"/>
      </w:pBdr>
      <w:spacing w:after="1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Block">
    <w:name w:val="Code Block"/>
    <w:pPr>
      <w:keepLines/>
      <w:spacing w:before="80" w:after="120"/>
      <w:ind w:left="198" w:right="113"/>
    </w:pPr>
    <w:rPr>
      <w:rFonts w:ascii="Consolas" w:hAnsi="Consolas"/>
      <w:sz w:val="18"/>
    </w:rPr>
  </w:style>
  <w:style w:type="paragraph" w:customStyle="1" w:styleId="NoteBox">
    <w:name w:val="Note Box"/>
    <w:pPr>
      <w:spacing w:before="100" w:after="140"/>
      <w:ind w:left="198" w:right="142"/>
    </w:pPr>
    <w:rPr>
      <w:rFonts w:ascii="Aptos" w:hAnsi="Aptos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16</Pages>
  <Words>2483</Words>
  <Characters>14159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Dune HD RealBox 4K — восстановление Google Play</vt:lpstr>
      <vt:lpstr/>
    </vt:vector>
  </TitlesOfParts>
  <Manager/>
  <Company/>
  <LinksUpToDate>false</LinksUpToDate>
  <CharactersWithSpaces>16609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Dune HD RealBox 4K — восстановление Google Play</dc:title>
  <dc:subject>Пошаговая инструкция для восстановления Google Play при ошибке сертификации Play Protect</dc:subject>
  <dc:creator/>
  <cp:keywords>Dune HD, RealBox 4K, Google Play, Play Protect, GSF ID, ADB</cp:keywords>
  <dc:description/>
  <cp:lastModifiedBy>admin</cp:lastModifiedBy>
  <cp:revision>2</cp:revision>
  <dcterms:created xsi:type="dcterms:W3CDTF">2013-12-23T23:15:00Z</dcterms:created>
  <dcterms:modified xsi:type="dcterms:W3CDTF">2026-10-18T18:05:00Z</dcterms:modified>
  <cp:category/>
</cp:coreProperties>
</file>